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jpeg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EB235C" w14:textId="1413B537" w:rsidR="001B0E4F" w:rsidRDefault="0088226E">
      <w:pPr>
        <w:pStyle w:val="Heading1"/>
      </w:pPr>
      <w:r>
        <w:t xml:space="preserve">LB43 Floor Debate </w:t>
      </w:r>
      <w:r>
        <w:t>(January 23, 2024)</w:t>
      </w:r>
    </w:p>
    <w:p w14:paraId="72377951" w14:textId="0BBC391F" w:rsidR="001B0E4F" w:rsidRDefault="001B0E4F"/>
    <w:p w14:paraId="1AF2D435" w14:textId="77777777" w:rsidR="006F05BB" w:rsidRDefault="006F05BB">
      <w:pPr>
        <w:pStyle w:val="p1"/>
      </w:pPr>
      <w:r>
        <w:rPr>
          <w:rStyle w:val="s1"/>
        </w:rPr>
        <w:t>KELLY:</w:t>
      </w:r>
      <w:r>
        <w:rPr>
          <w:rStyle w:val="s1"/>
          <w:rFonts w:ascii="Apple Symbols" w:hAnsi="Apple Symbols" w:cs="Apple Symbols"/>
        </w:rPr>
        <w:t>‬</w:t>
      </w:r>
      <w:bdo w:val="ltr">
        <w:r>
          <w:rPr>
            <w:rStyle w:val="s2"/>
          </w:rPr>
          <w:t xml:space="preserve"> Thank you, Mr. Clerk. Senator Sanders, you</w:t>
        </w:r>
        <w:r>
          <w:rPr>
            <w:rStyle w:val="s2"/>
            <w:rFonts w:ascii="Apple Symbols" w:hAnsi="Apple Symbols" w:cs="Apple Symbols"/>
          </w:rPr>
          <w:t>‬</w:t>
        </w:r>
        <w:bdo w:val="ltr">
          <w:r>
            <w:rPr>
              <w:rStyle w:val="s2"/>
            </w:rPr>
            <w:t xml:space="preserve"> are recognized open</w:t>
          </w:r>
          <w:r>
            <w:rPr>
              <w:rStyle w:val="s2"/>
              <w:rFonts w:ascii="Apple Symbols" w:hAnsi="Apple Symbols" w:cs="Apple Symbols"/>
            </w:rPr>
            <w:t>‬</w:t>
          </w:r>
        </w:bdo>
      </w:bdo>
    </w:p>
    <w:p w14:paraId="70C3A428" w14:textId="77777777" w:rsidR="006F05BB" w:rsidRDefault="006F05BB">
      <w:pPr>
        <w:pStyle w:val="p1"/>
      </w:pPr>
      <w:bdo w:val="ltr">
        <w:r>
          <w:rPr>
            <w:rStyle w:val="s2"/>
          </w:rPr>
          <w:t xml:space="preserve"> on LB43.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1C7D877F" w14:textId="77777777" w:rsidR="006F05BB" w:rsidRDefault="006F05BB">
      <w:pPr>
        <w:pStyle w:val="p1"/>
      </w:pPr>
      <w:bdo w:val="ltr">
        <w:r>
          <w:rPr>
            <w:rStyle w:val="s1"/>
          </w:rPr>
          <w:t xml:space="preserve"> SANDERS:</w:t>
        </w:r>
        <w:r>
          <w:rPr>
            <w:rStyle w:val="s1"/>
            <w:rFonts w:ascii="Apple Symbols" w:hAnsi="Apple Symbols" w:cs="Apple Symbols"/>
          </w:rPr>
          <w:t>‬</w:t>
        </w:r>
        <w:bdo w:val="ltr">
          <w:r>
            <w:rPr>
              <w:rStyle w:val="s2"/>
            </w:rPr>
            <w:t xml:space="preserve"> Good morning, Mr. President, and members</w:t>
          </w:r>
          <w:r>
            <w:rPr>
              <w:rStyle w:val="s2"/>
              <w:rFonts w:ascii="Apple Symbols" w:hAnsi="Apple Symbols" w:cs="Apple Symbols"/>
            </w:rPr>
            <w:t>‬</w:t>
          </w:r>
          <w:bdo w:val="ltr">
            <w:r>
              <w:rPr>
                <w:rStyle w:val="s2"/>
              </w:rPr>
              <w:t xml:space="preserve"> of the Legislature.</w:t>
            </w:r>
            <w:r>
              <w:rPr>
                <w:rStyle w:val="s2"/>
                <w:rFonts w:ascii="Apple Symbols" w:hAnsi="Apple Symbols" w:cs="Apple Symbols"/>
              </w:rPr>
              <w:t>‬</w:t>
            </w:r>
          </w:bdo>
        </w:bdo>
      </w:bdo>
    </w:p>
    <w:p w14:paraId="16C3DB72" w14:textId="77777777" w:rsidR="006F05BB" w:rsidRDefault="006F05BB">
      <w:pPr>
        <w:pStyle w:val="p1"/>
      </w:pPr>
      <w:bdo w:val="ltr">
        <w:r>
          <w:rPr>
            <w:rStyle w:val="s2"/>
          </w:rPr>
          <w:t xml:space="preserve"> I stand here today to bring LB43 before you. Earlier on in our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72C662C0" w14:textId="77777777" w:rsidR="006F05BB" w:rsidRDefault="006F05BB">
      <w:pPr>
        <w:pStyle w:val="p1"/>
      </w:pPr>
      <w:bdo w:val="ltr">
        <w:r>
          <w:rPr>
            <w:rStyle w:val="s2"/>
          </w:rPr>
          <w:t xml:space="preserve"> education, we were taught about the separation of powers among three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3FC764C0" w14:textId="77777777" w:rsidR="006F05BB" w:rsidRDefault="006F05BB">
      <w:pPr>
        <w:pStyle w:val="p1"/>
      </w:pPr>
      <w:bdo w:val="ltr">
        <w:r>
          <w:rPr>
            <w:rStyle w:val="s2"/>
          </w:rPr>
          <w:t xml:space="preserve"> branches of government and the importance of each separation. The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5F70DD1C" w14:textId="77777777" w:rsidR="006F05BB" w:rsidRDefault="006F05BB">
      <w:pPr>
        <w:pStyle w:val="p1"/>
      </w:pPr>
      <w:bdo w:val="ltr">
        <w:r>
          <w:rPr>
            <w:rStyle w:val="s2"/>
          </w:rPr>
          <w:t xml:space="preserve"> separation of the branches are critical in ensuring the individual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07DF6054" w14:textId="77777777" w:rsidR="006F05BB" w:rsidRDefault="006F05BB">
      <w:pPr>
        <w:pStyle w:val="p1"/>
      </w:pPr>
      <w:bdo w:val="ltr">
        <w:r>
          <w:rPr>
            <w:rStyle w:val="s2"/>
          </w:rPr>
          <w:t xml:space="preserve"> liberty is protected. State agencies, which are often under the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1F7F323C" w14:textId="77777777" w:rsidR="006F05BB" w:rsidRDefault="006F05BB">
      <w:pPr>
        <w:pStyle w:val="p1"/>
      </w:pPr>
      <w:bdo w:val="ltr">
        <w:r>
          <w:rPr>
            <w:rStyle w:val="s2"/>
          </w:rPr>
          <w:t xml:space="preserve"> umbrella of the executive branch derive their powers from authority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6DB6F8B8" w14:textId="77777777" w:rsidR="006F05BB" w:rsidRDefault="006F05BB">
      <w:pPr>
        <w:pStyle w:val="p1"/>
      </w:pPr>
      <w:bdo w:val="ltr">
        <w:r>
          <w:rPr>
            <w:rStyle w:val="s2"/>
          </w:rPr>
          <w:t xml:space="preserve"> granted by the legislative branch. LB43 aims to guide hearing officers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1F708B47" w14:textId="77777777" w:rsidR="006F05BB" w:rsidRDefault="006F05BB">
      <w:pPr>
        <w:pStyle w:val="p1"/>
      </w:pPr>
      <w:bdo w:val="ltr">
        <w:r>
          <w:rPr>
            <w:rStyle w:val="s2"/>
          </w:rPr>
          <w:t xml:space="preserve"> and judges concerning how the legislator believes they should treat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3B9BF3F1" w14:textId="77777777" w:rsidR="006F05BB" w:rsidRDefault="006F05BB">
      <w:pPr>
        <w:pStyle w:val="p1"/>
      </w:pPr>
      <w:bdo w:val="ltr">
        <w:r>
          <w:rPr>
            <w:rStyle w:val="s2"/>
          </w:rPr>
          <w:t xml:space="preserve"> agencies in interpretation of either statutory or regulatory language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68EA3386" w14:textId="77777777" w:rsidR="006F05BB" w:rsidRDefault="006F05BB">
      <w:pPr>
        <w:pStyle w:val="p1"/>
      </w:pPr>
      <w:bdo w:val="ltr">
        <w:r>
          <w:rPr>
            <w:rStyle w:val="s2"/>
          </w:rPr>
          <w:t xml:space="preserve"> when a challenge is brought through the court system. Judicial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7BC786C0" w14:textId="77777777" w:rsidR="006F05BB" w:rsidRDefault="006F05BB">
      <w:pPr>
        <w:pStyle w:val="p1"/>
      </w:pPr>
      <w:bdo w:val="ltr">
        <w:r>
          <w:rPr>
            <w:rStyle w:val="s2"/>
          </w:rPr>
          <w:t xml:space="preserve"> deference is a concept in administrative law by which courts are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3089633F" w14:textId="77777777" w:rsidR="006F05BB" w:rsidRDefault="006F05BB">
      <w:pPr>
        <w:pStyle w:val="p1"/>
      </w:pPr>
      <w:bdo w:val="ltr">
        <w:r>
          <w:rPr>
            <w:rStyle w:val="s2"/>
          </w:rPr>
          <w:t xml:space="preserve"> expected to defer the administrative agency's interpretation of a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21B12628" w14:textId="77777777" w:rsidR="006F05BB" w:rsidRDefault="006F05BB">
      <w:pPr>
        <w:pStyle w:val="p1"/>
      </w:pPr>
      <w:bdo w:val="ltr">
        <w:r>
          <w:rPr>
            <w:rStyle w:val="s2"/>
          </w:rPr>
          <w:t xml:space="preserve"> statute or regulation if the legislative language is unclear. Some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24117DD6" w14:textId="77777777" w:rsidR="006F05BB" w:rsidRDefault="006F05BB">
      <w:pPr>
        <w:pStyle w:val="p1"/>
      </w:pPr>
      <w:bdo w:val="ltr">
        <w:r>
          <w:rPr>
            <w:rStyle w:val="s2"/>
          </w:rPr>
          <w:t xml:space="preserve"> have argued that judicial deference has contributed to the growth of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4E154226" w14:textId="77777777" w:rsidR="006F05BB" w:rsidRDefault="006F05BB">
      <w:pPr>
        <w:pStyle w:val="p1"/>
      </w:pPr>
      <w:bdo w:val="ltr">
        <w:r>
          <w:rPr>
            <w:rStyle w:val="s2"/>
          </w:rPr>
          <w:t xml:space="preserve"> administrative agency powers, a more powerful bureaucracy. The goal is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2097899E" w14:textId="77777777" w:rsidR="006F05BB" w:rsidRDefault="006F05BB">
      <w:pPr>
        <w:pStyle w:val="p2"/>
      </w:pPr>
      <w:bdo w:val="ltr">
        <w:r>
          <w:rPr>
            <w:rStyle w:val="s3"/>
          </w:rPr>
          <w:t xml:space="preserve"> 15</w:t>
        </w:r>
        <w:r>
          <w:rPr>
            <w:rStyle w:val="s3"/>
          </w:rPr>
          <w:t>‬</w:t>
        </w:r>
        <w:bdo w:val="ltr">
          <w:r>
            <w:rPr>
              <w:rStyle w:val="s3"/>
            </w:rPr>
            <w:t xml:space="preserve"> of</w:t>
          </w:r>
          <w:r>
            <w:rPr>
              <w:rStyle w:val="s3"/>
            </w:rPr>
            <w:t>‬</w:t>
          </w:r>
          <w:bdo w:val="ltr">
            <w:r>
              <w:rPr>
                <w:rStyle w:val="s3"/>
              </w:rPr>
              <w:t xml:space="preserve"> 49</w:t>
            </w:r>
            <w:r>
              <w:rPr>
                <w:rStyle w:val="s3"/>
              </w:rPr>
              <w:t>‬</w:t>
            </w:r>
            <w:bdo w:val="ltr">
              <w:r>
                <w:rPr>
                  <w:rStyle w:val="s3"/>
                </w:rPr>
                <w:t xml:space="preserve"> Transcript Prepared by Clerk of the Legislature Transcribers Office</w:t>
              </w:r>
              <w:r>
                <w:rPr>
                  <w:rStyle w:val="s3"/>
                </w:rPr>
                <w:t>‬</w:t>
              </w:r>
            </w:bdo>
          </w:bdo>
        </w:bdo>
      </w:bdo>
    </w:p>
    <w:p w14:paraId="708735C2" w14:textId="77777777" w:rsidR="006F05BB" w:rsidRDefault="006F05BB">
      <w:pPr>
        <w:pStyle w:val="p2"/>
      </w:pPr>
      <w:bdo w:val="ltr">
        <w:r>
          <w:rPr>
            <w:rStyle w:val="s3"/>
          </w:rPr>
          <w:t xml:space="preserve"> Floor Debate January 23, 2024</w:t>
        </w:r>
        <w:r>
          <w:rPr>
            <w:rStyle w:val="s3"/>
          </w:rPr>
          <w:t>‬</w:t>
        </w:r>
      </w:bdo>
    </w:p>
    <w:p w14:paraId="0E2638A2" w14:textId="77777777" w:rsidR="006F05BB" w:rsidRDefault="006F05BB">
      <w:pPr>
        <w:pStyle w:val="p1"/>
      </w:pPr>
      <w:bdo w:val="ltr">
        <w:r>
          <w:rPr>
            <w:rStyle w:val="s2"/>
          </w:rPr>
          <w:t xml:space="preserve"> to make the legislative language clearer. The question raised by the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6B575A91" w14:textId="77777777" w:rsidR="006F05BB" w:rsidRDefault="006F05BB">
      <w:pPr>
        <w:pStyle w:val="p1"/>
      </w:pPr>
      <w:bdo w:val="ltr">
        <w:r>
          <w:rPr>
            <w:rStyle w:val="s2"/>
          </w:rPr>
          <w:t xml:space="preserve"> legislators-- the legislation is this: if there's a dispute in the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113A63F7" w14:textId="77777777" w:rsidR="006F05BB" w:rsidRDefault="006F05BB">
      <w:pPr>
        <w:pStyle w:val="p1"/>
      </w:pPr>
      <w:bdo w:val="ltr">
        <w:r>
          <w:rPr>
            <w:rStyle w:val="s2"/>
          </w:rPr>
          <w:t xml:space="preserve"> courts or in some judicial administration hearing about regulations or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0819B4CE" w14:textId="77777777" w:rsidR="006F05BB" w:rsidRDefault="006F05BB">
      <w:pPr>
        <w:pStyle w:val="p1"/>
      </w:pPr>
      <w:bdo w:val="ltr">
        <w:r>
          <w:rPr>
            <w:rStyle w:val="s2"/>
          </w:rPr>
          <w:t xml:space="preserve"> statutory meaning, who then should the court hearing officer listen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5D39ED8B" w14:textId="77777777" w:rsidR="006F05BB" w:rsidRDefault="006F05BB">
      <w:pPr>
        <w:pStyle w:val="p1"/>
      </w:pPr>
      <w:bdo w:val="ltr">
        <w:r>
          <w:rPr>
            <w:rStyle w:val="s2"/>
          </w:rPr>
          <w:t xml:space="preserve"> to? Deference to the administrative agency grants power to an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125ADBDE" w14:textId="77777777" w:rsidR="006F05BB" w:rsidRDefault="006F05BB">
      <w:pPr>
        <w:pStyle w:val="p1"/>
      </w:pPr>
      <w:bdo w:val="ltr">
        <w:r>
          <w:rPr>
            <w:rStyle w:val="s2"/>
          </w:rPr>
          <w:t xml:space="preserve"> unelected branch of government to define its own power. LB43 gives the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42B19C7B" w14:textId="77777777" w:rsidR="006F05BB" w:rsidRDefault="006F05BB">
      <w:pPr>
        <w:pStyle w:val="p1"/>
      </w:pPr>
      <w:bdo w:val="ltr">
        <w:r>
          <w:rPr>
            <w:rStyle w:val="s2"/>
          </w:rPr>
          <w:t xml:space="preserve"> Legislature the ability to guide the hearing officers and judges about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32CCE371" w14:textId="77777777" w:rsidR="006F05BB" w:rsidRDefault="006F05BB">
      <w:pPr>
        <w:pStyle w:val="p1"/>
      </w:pPr>
      <w:bdo w:val="ltr">
        <w:r>
          <w:rPr>
            <w:rStyle w:val="s2"/>
          </w:rPr>
          <w:t xml:space="preserve"> the use of differences-- deference in case interpreting statutory or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793E27D6" w14:textId="77777777" w:rsidR="006F05BB" w:rsidRDefault="006F05BB">
      <w:pPr>
        <w:pStyle w:val="p1"/>
      </w:pPr>
      <w:bdo w:val="ltr">
        <w:r>
          <w:rPr>
            <w:rStyle w:val="s2"/>
          </w:rPr>
          <w:t xml:space="preserve"> regulatory language. This bill says that rather than on-- than going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608B2903" w14:textId="77777777" w:rsidR="006F05BB" w:rsidRDefault="006F05BB">
      <w:pPr>
        <w:pStyle w:val="p1"/>
      </w:pPr>
      <w:bdo w:val="ltr">
        <w:r>
          <w:rPr>
            <w:rStyle w:val="s2"/>
          </w:rPr>
          <w:t xml:space="preserve"> to an agency for definition, the court should use customary tools of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55B1440F" w14:textId="77777777" w:rsidR="006F05BB" w:rsidRDefault="006F05BB">
      <w:pPr>
        <w:pStyle w:val="p1"/>
      </w:pPr>
      <w:bdo w:val="ltr">
        <w:r>
          <w:rPr>
            <w:rStyle w:val="s2"/>
          </w:rPr>
          <w:t xml:space="preserve"> interpretation like the statutes wording, its legislative history,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0C8CE9D7" w14:textId="77777777" w:rsidR="006F05BB" w:rsidRDefault="006F05BB">
      <w:pPr>
        <w:pStyle w:val="p1"/>
      </w:pPr>
      <w:bdo w:val="ltr">
        <w:r>
          <w:rPr>
            <w:rStyle w:val="s2"/>
          </w:rPr>
          <w:t xml:space="preserve"> legislative hearing records, and so on. However, if those do not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14F39049" w14:textId="77777777" w:rsidR="006F05BB" w:rsidRDefault="006F05BB">
      <w:pPr>
        <w:pStyle w:val="p1"/>
      </w:pPr>
      <w:bdo w:val="ltr">
        <w:r>
          <w:rPr>
            <w:rStyle w:val="s2"/>
          </w:rPr>
          <w:t xml:space="preserve"> provide clarity for deciding a dispute, the court should resolve the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5EF2F651" w14:textId="77777777" w:rsidR="006F05BB" w:rsidRDefault="006F05BB">
      <w:pPr>
        <w:pStyle w:val="p1"/>
      </w:pPr>
      <w:bdo w:val="ltr">
        <w:r>
          <w:rPr>
            <w:rStyle w:val="s2"/>
          </w:rPr>
          <w:t xml:space="preserve"> remaining doubt in favor of an interpretation that limits agency power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29E06B4D" w14:textId="77777777" w:rsidR="006F05BB" w:rsidRDefault="006F05BB">
      <w:pPr>
        <w:pStyle w:val="p1"/>
      </w:pPr>
      <w:bdo w:val="ltr">
        <w:r>
          <w:rPr>
            <w:rStyle w:val="s2"/>
          </w:rPr>
          <w:t xml:space="preserve"> and maximizes individual liberties. In our system of government, it's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218135B4" w14:textId="77777777" w:rsidR="006F05BB" w:rsidRDefault="006F05BB">
      <w:pPr>
        <w:pStyle w:val="p1"/>
      </w:pPr>
      <w:bdo w:val="ltr">
        <w:r>
          <w:rPr>
            <w:rStyle w:val="s2"/>
          </w:rPr>
          <w:t xml:space="preserve"> important for the Legislature, the people-- people's branch of the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74F5EDDD" w14:textId="77777777" w:rsidR="006F05BB" w:rsidRDefault="006F05BB">
      <w:pPr>
        <w:pStyle w:val="p1"/>
      </w:pPr>
      <w:bdo w:val="ltr">
        <w:r>
          <w:rPr>
            <w:rStyle w:val="s2"/>
          </w:rPr>
          <w:t xml:space="preserve"> government to say what it means when granting authority to executive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19B32F53" w14:textId="77777777" w:rsidR="006F05BB" w:rsidRDefault="006F05BB">
      <w:pPr>
        <w:pStyle w:val="p1"/>
      </w:pPr>
      <w:bdo w:val="ltr">
        <w:r>
          <w:rPr>
            <w:rStyle w:val="s2"/>
          </w:rPr>
          <w:t xml:space="preserve"> branch agencies, and we must protect the legislative branches'</w:t>
        </w:r>
      </w:bdo>
    </w:p>
    <w:p w14:paraId="0A2B362F" w14:textId="77777777" w:rsidR="006F05BB" w:rsidRDefault="006F05BB">
      <w:pPr>
        <w:pStyle w:val="p1"/>
      </w:pPr>
      <w:bdo w:val="ltr">
        <w:r>
          <w:rPr>
            <w:rStyle w:val="s2"/>
          </w:rPr>
          <w:t xml:space="preserve"> authority to legislate. When we are unclear, the judicial branch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36CA50F0" w14:textId="77777777" w:rsidR="006F05BB" w:rsidRDefault="006F05BB">
      <w:pPr>
        <w:pStyle w:val="p1"/>
      </w:pPr>
      <w:bdo w:val="ltr">
        <w:r>
          <w:rPr>
            <w:rStyle w:val="s2"/>
          </w:rPr>
          <w:t xml:space="preserve"> should decide cases to protect the liberty interests of citizens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0A8FD2F2" w14:textId="77777777" w:rsidR="006F05BB" w:rsidRDefault="006F05BB">
      <w:pPr>
        <w:pStyle w:val="p1"/>
      </w:pPr>
      <w:bdo w:val="ltr">
        <w:r>
          <w:rPr>
            <w:rStyle w:val="s2"/>
          </w:rPr>
          <w:t xml:space="preserve"> rather than protecting the power of the executive agencies. I want to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4A9C3387" w14:textId="77777777" w:rsidR="006F05BB" w:rsidRDefault="006F05BB">
      <w:pPr>
        <w:pStyle w:val="p1"/>
      </w:pPr>
      <w:bdo w:val="ltr">
        <w:r>
          <w:rPr>
            <w:rStyle w:val="s2"/>
          </w:rPr>
          <w:t xml:space="preserve"> thank Chairman Brewer and my colleagues on the Government, Veterans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6571A2EC" w14:textId="77777777" w:rsidR="006F05BB" w:rsidRDefault="006F05BB">
      <w:pPr>
        <w:pStyle w:val="p1"/>
      </w:pPr>
      <w:bdo w:val="ltr">
        <w:r>
          <w:rPr>
            <w:rStyle w:val="s2"/>
          </w:rPr>
          <w:t xml:space="preserve"> and Military Affairs Committee [SIC] for prioritizing LB43, and I am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5384329E" w14:textId="77777777" w:rsidR="006F05BB" w:rsidRDefault="006F05BB">
      <w:pPr>
        <w:pStyle w:val="p1"/>
      </w:pPr>
      <w:bdo w:val="ltr">
        <w:r>
          <w:rPr>
            <w:rStyle w:val="s2"/>
          </w:rPr>
          <w:t xml:space="preserve"> pleased that it could be the vehicle for other bills as well. Thank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1196AD0B" w14:textId="77777777" w:rsidR="006F05BB" w:rsidRDefault="006F05BB">
      <w:pPr>
        <w:pStyle w:val="p1"/>
      </w:pPr>
      <w:bdo w:val="ltr">
        <w:r>
          <w:rPr>
            <w:rStyle w:val="s2"/>
          </w:rPr>
          <w:t xml:space="preserve"> you, Mr. President.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5C794A13" w14:textId="77777777" w:rsidR="006F05BB" w:rsidRDefault="006F05BB">
      <w:pPr>
        <w:pStyle w:val="p1"/>
      </w:pPr>
      <w:bdo w:val="ltr">
        <w:r>
          <w:rPr>
            <w:rStyle w:val="s1"/>
          </w:rPr>
          <w:t xml:space="preserve"> KELLY:</w:t>
        </w:r>
        <w:r>
          <w:rPr>
            <w:rStyle w:val="s1"/>
            <w:rFonts w:ascii="Apple Symbols" w:hAnsi="Apple Symbols" w:cs="Apple Symbols"/>
          </w:rPr>
          <w:t>‬</w:t>
        </w:r>
        <w:bdo w:val="ltr">
          <w:r>
            <w:rPr>
              <w:rStyle w:val="s2"/>
            </w:rPr>
            <w:t xml:space="preserve"> Thank you, Senator Sanders. As stated, there</w:t>
          </w:r>
          <w:r>
            <w:rPr>
              <w:rStyle w:val="s2"/>
              <w:rFonts w:ascii="Apple Symbols" w:hAnsi="Apple Symbols" w:cs="Apple Symbols"/>
            </w:rPr>
            <w:t>‬</w:t>
          </w:r>
          <w:bdo w:val="ltr">
            <w:r>
              <w:rPr>
                <w:rStyle w:val="s2"/>
              </w:rPr>
              <w:t xml:space="preserve"> is a committee</w:t>
            </w:r>
            <w:r>
              <w:rPr>
                <w:rStyle w:val="s2"/>
                <w:rFonts w:ascii="Apple Symbols" w:hAnsi="Apple Symbols" w:cs="Apple Symbols"/>
              </w:rPr>
              <w:t>‬</w:t>
            </w:r>
          </w:bdo>
        </w:bdo>
      </w:bdo>
    </w:p>
    <w:p w14:paraId="341B94E4" w14:textId="77777777" w:rsidR="006F05BB" w:rsidRDefault="006F05BB">
      <w:pPr>
        <w:pStyle w:val="p1"/>
      </w:pPr>
      <w:bdo w:val="ltr">
        <w:r>
          <w:rPr>
            <w:rStyle w:val="s2"/>
          </w:rPr>
          <w:t xml:space="preserve"> amendment. Senator Brewer, you are recognized to open.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212BCE70" w14:textId="77777777" w:rsidR="006F05BB" w:rsidRDefault="006F05BB">
      <w:pPr>
        <w:pStyle w:val="p1"/>
      </w:pPr>
      <w:bdo w:val="ltr">
        <w:r>
          <w:rPr>
            <w:rStyle w:val="s1"/>
          </w:rPr>
          <w:t xml:space="preserve"> BREWER:</w:t>
        </w:r>
        <w:r>
          <w:rPr>
            <w:rStyle w:val="s1"/>
            <w:rFonts w:ascii="Apple Symbols" w:hAnsi="Apple Symbols" w:cs="Apple Symbols"/>
          </w:rPr>
          <w:t>‬</w:t>
        </w:r>
        <w:bdo w:val="ltr">
          <w:r>
            <w:rPr>
              <w:rStyle w:val="s2"/>
            </w:rPr>
            <w:t xml:space="preserve"> Thank you, Mr. President, and good morning,</w:t>
          </w:r>
          <w:r>
            <w:rPr>
              <w:rStyle w:val="s2"/>
              <w:rFonts w:ascii="Apple Symbols" w:hAnsi="Apple Symbols" w:cs="Apple Symbols"/>
            </w:rPr>
            <w:t>‬</w:t>
          </w:r>
          <w:bdo w:val="ltr">
            <w:r>
              <w:rPr>
                <w:rStyle w:val="s2"/>
              </w:rPr>
              <w:t xml:space="preserve"> colleagues. I</w:t>
            </w:r>
            <w:r>
              <w:rPr>
                <w:rStyle w:val="s2"/>
                <w:rFonts w:ascii="Apple Symbols" w:hAnsi="Apple Symbols" w:cs="Apple Symbols"/>
              </w:rPr>
              <w:t>‬</w:t>
            </w:r>
          </w:bdo>
        </w:bdo>
      </w:bdo>
    </w:p>
    <w:p w14:paraId="289B6FD6" w14:textId="77777777" w:rsidR="006F05BB" w:rsidRDefault="006F05BB">
      <w:pPr>
        <w:pStyle w:val="p1"/>
      </w:pPr>
      <w:bdo w:val="ltr">
        <w:r>
          <w:rPr>
            <w:rStyle w:val="s2"/>
          </w:rPr>
          <w:t xml:space="preserve"> would like to start by thanking Senator Sanders for providing our LB43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6E1E33B7" w14:textId="77777777" w:rsidR="006F05BB" w:rsidRDefault="006F05BB">
      <w:pPr>
        <w:pStyle w:val="p1"/>
      </w:pPr>
      <w:bdo w:val="ltr">
        <w:r>
          <w:rPr>
            <w:rStyle w:val="s2"/>
          </w:rPr>
          <w:t xml:space="preserve"> to carry our, our committee priority. So Senator Sanders' LB43 was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17B2DE8E" w14:textId="77777777" w:rsidR="006F05BB" w:rsidRDefault="006F05BB">
      <w:pPr>
        <w:pStyle w:val="p1"/>
      </w:pPr>
      <w:bdo w:val="ltr">
        <w:r>
          <w:rPr>
            <w:rStyle w:val="s2"/>
          </w:rPr>
          <w:t xml:space="preserve"> heard in the Government Committee last year on February 9, and we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4410B6CA" w14:textId="77777777" w:rsidR="006F05BB" w:rsidRDefault="006F05BB">
      <w:pPr>
        <w:pStyle w:val="p1"/>
      </w:pPr>
      <w:bdo w:val="ltr">
        <w:r>
          <w:rPr>
            <w:rStyle w:val="s2"/>
          </w:rPr>
          <w:t xml:space="preserve"> heard from several different organizations that testified in support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50414EFB" w14:textId="77777777" w:rsidR="006F05BB" w:rsidRDefault="006F05BB">
      <w:pPr>
        <w:pStyle w:val="p1"/>
      </w:pPr>
      <w:bdo w:val="ltr">
        <w:r>
          <w:rPr>
            <w:rStyle w:val="s2"/>
          </w:rPr>
          <w:t xml:space="preserve"> of the bill to include the Platte Institute, Pacific Legal Foundation,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747FC6BA" w14:textId="77777777" w:rsidR="006F05BB" w:rsidRDefault="006F05BB">
      <w:pPr>
        <w:pStyle w:val="p1"/>
      </w:pPr>
      <w:bdo w:val="ltr">
        <w:r>
          <w:rPr>
            <w:rStyle w:val="s2"/>
          </w:rPr>
          <w:t xml:space="preserve"> and the Nebraska Association of Public Employees. The Bar Association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64F7BBB7" w14:textId="77777777" w:rsidR="006F05BB" w:rsidRDefault="006F05BB">
      <w:pPr>
        <w:pStyle w:val="p1"/>
      </w:pPr>
      <w:bdo w:val="ltr">
        <w:r>
          <w:rPr>
            <w:rStyle w:val="s2"/>
          </w:rPr>
          <w:t xml:space="preserve"> came in opposition of the bill. The Attorney General's Office was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0EE935C6" w14:textId="77777777" w:rsidR="006F05BB" w:rsidRDefault="006F05BB">
      <w:pPr>
        <w:pStyle w:val="p1"/>
      </w:pPr>
      <w:bdo w:val="ltr">
        <w:r>
          <w:rPr>
            <w:rStyle w:val="s2"/>
          </w:rPr>
          <w:t xml:space="preserve"> neutral with some technical concerns. Seven members of the committee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23C09BB0" w14:textId="77777777" w:rsidR="006F05BB" w:rsidRDefault="006F05BB">
      <w:pPr>
        <w:pStyle w:val="p1"/>
      </w:pPr>
      <w:bdo w:val="ltr">
        <w:r>
          <w:rPr>
            <w:rStyle w:val="s2"/>
          </w:rPr>
          <w:t xml:space="preserve"> voted to advance LB43 out of the committee with AM2076. We had one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2F216F9A" w14:textId="77777777" w:rsidR="006F05BB" w:rsidRDefault="006F05BB">
      <w:pPr>
        <w:pStyle w:val="p1"/>
      </w:pPr>
      <w:bdo w:val="ltr">
        <w:r>
          <w:rPr>
            <w:rStyle w:val="s2"/>
          </w:rPr>
          <w:t xml:space="preserve"> member that was absent. The bill was designated as 1 of the committee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30C3376B" w14:textId="77777777" w:rsidR="006F05BB" w:rsidRDefault="006F05BB">
      <w:pPr>
        <w:pStyle w:val="p1"/>
      </w:pPr>
      <w:bdo w:val="ltr">
        <w:r>
          <w:rPr>
            <w:rStyle w:val="s2"/>
          </w:rPr>
          <w:t xml:space="preserve"> priority bills with our committee amendment. We added provisions from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4C31E0DB" w14:textId="77777777" w:rsidR="006F05BB" w:rsidRDefault="006F05BB">
      <w:pPr>
        <w:pStyle w:val="p1"/>
      </w:pPr>
      <w:bdo w:val="ltr">
        <w:r>
          <w:rPr>
            <w:rStyle w:val="s2"/>
          </w:rPr>
          <w:t xml:space="preserve"> 5 other bills onto LB43. Those bills include Senator Hansen's LB41, my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308C1B5C" w14:textId="77777777" w:rsidR="006F05BB" w:rsidRDefault="006F05BB">
      <w:pPr>
        <w:pStyle w:val="p1"/>
      </w:pPr>
      <w:bdo w:val="ltr">
        <w:r>
          <w:rPr>
            <w:rStyle w:val="s2"/>
          </w:rPr>
          <w:t xml:space="preserve"> LB277, Senator Sanders' LB297, Senator Conrad's LB366, and Senator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0A025E2F" w14:textId="77777777" w:rsidR="006F05BB" w:rsidRDefault="006F05BB">
      <w:pPr>
        <w:pStyle w:val="p1"/>
      </w:pPr>
      <w:bdo w:val="ltr">
        <w:r>
          <w:rPr>
            <w:rStyle w:val="s2"/>
          </w:rPr>
          <w:t xml:space="preserve"> McDonnell's LB650. We had to tweak a few of the bills to get them in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17E3E8AC" w14:textId="77777777" w:rsidR="006F05BB" w:rsidRDefault="006F05BB">
      <w:pPr>
        <w:pStyle w:val="p1"/>
      </w:pPr>
      <w:bdo w:val="ltr">
        <w:r>
          <w:rPr>
            <w:rStyle w:val="s2"/>
          </w:rPr>
          <w:t xml:space="preserve"> shape to be considered on the floor. Our committee statement includes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1D61DFC9" w14:textId="77777777" w:rsidR="006F05BB" w:rsidRDefault="006F05BB">
      <w:pPr>
        <w:pStyle w:val="p1"/>
      </w:pPr>
      <w:r>
        <w:rPr>
          <w:rStyle w:val="s2"/>
          <w:rFonts w:ascii="Apple Symbols" w:hAnsi="Apple Symbols" w:cs="Apple Symbols"/>
        </w:rPr>
        <w:t>‬</w:t>
      </w:r>
    </w:p>
    <w:p w14:paraId="4ED2D891" w14:textId="77777777" w:rsidR="006F05BB" w:rsidRDefault="006F05BB">
      <w:pPr>
        <w:pStyle w:val="p2"/>
      </w:pPr>
      <w:bdo w:val="ltr">
        <w:r>
          <w:rPr>
            <w:rStyle w:val="s3"/>
          </w:rPr>
          <w:t xml:space="preserve"> 16</w:t>
        </w:r>
        <w:r>
          <w:rPr>
            <w:rStyle w:val="s3"/>
          </w:rPr>
          <w:t>‬</w:t>
        </w:r>
        <w:bdo w:val="ltr">
          <w:r>
            <w:rPr>
              <w:rStyle w:val="s3"/>
            </w:rPr>
            <w:t xml:space="preserve"> of</w:t>
          </w:r>
          <w:r>
            <w:rPr>
              <w:rStyle w:val="s3"/>
            </w:rPr>
            <w:t>‬</w:t>
          </w:r>
          <w:bdo w:val="ltr">
            <w:r>
              <w:rPr>
                <w:rStyle w:val="s3"/>
              </w:rPr>
              <w:t xml:space="preserve"> 49</w:t>
            </w:r>
            <w:r>
              <w:rPr>
                <w:rStyle w:val="s3"/>
              </w:rPr>
              <w:t>‬</w:t>
            </w:r>
            <w:bdo w:val="ltr">
              <w:r>
                <w:rPr>
                  <w:rStyle w:val="s3"/>
                </w:rPr>
                <w:t xml:space="preserve"> Transcript Prepared by Clerk of the Legislature Transcribers Office</w:t>
              </w:r>
              <w:r>
                <w:rPr>
                  <w:rStyle w:val="s3"/>
                </w:rPr>
                <w:t>‬</w:t>
              </w:r>
            </w:bdo>
          </w:bdo>
        </w:bdo>
      </w:bdo>
    </w:p>
    <w:p w14:paraId="09CB1583" w14:textId="77777777" w:rsidR="006F05BB" w:rsidRDefault="006F05BB">
      <w:pPr>
        <w:pStyle w:val="p2"/>
      </w:pPr>
      <w:bdo w:val="ltr">
        <w:r>
          <w:rPr>
            <w:rStyle w:val="s3"/>
          </w:rPr>
          <w:t xml:space="preserve"> Floor Debate January 23, 2024</w:t>
        </w:r>
        <w:r>
          <w:rPr>
            <w:rStyle w:val="s3"/>
          </w:rPr>
          <w:t>‬</w:t>
        </w:r>
      </w:bdo>
    </w:p>
    <w:p w14:paraId="4F04E61B" w14:textId="77777777" w:rsidR="006F05BB" w:rsidRDefault="006F05BB">
      <w:pPr>
        <w:pStyle w:val="p1"/>
      </w:pPr>
      <w:bdo w:val="ltr">
        <w:r>
          <w:rPr>
            <w:rStyle w:val="s2"/>
          </w:rPr>
          <w:t xml:space="preserve"> additional details on those changes. These packages focus on 2 primary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09FC7766" w14:textId="77777777" w:rsidR="006F05BB" w:rsidRDefault="006F05BB">
      <w:pPr>
        <w:pStyle w:val="p1"/>
      </w:pPr>
      <w:bdo w:val="ltr">
        <w:r>
          <w:rPr>
            <w:rStyle w:val="s2"/>
          </w:rPr>
          <w:t xml:space="preserve"> areas: the-- we call APA, the Administrative Procedure Act, and the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357D3283" w14:textId="77777777" w:rsidR="006F05BB" w:rsidRDefault="006F05BB">
      <w:pPr>
        <w:pStyle w:val="p1"/>
      </w:pPr>
      <w:bdo w:val="ltr">
        <w:r>
          <w:rPr>
            <w:rStyle w:val="s2"/>
          </w:rPr>
          <w:t xml:space="preserve"> public records law. This bill, as amended, would protect Nebraskans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1F0796BF" w14:textId="77777777" w:rsidR="006F05BB" w:rsidRDefault="006F05BB">
      <w:pPr>
        <w:pStyle w:val="p1"/>
      </w:pPr>
      <w:bdo w:val="ltr">
        <w:r>
          <w:rPr>
            <w:rStyle w:val="s2"/>
          </w:rPr>
          <w:t xml:space="preserve"> and their Nebraska charities from bureaucratic overreach. It would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012ED7FC" w14:textId="77777777" w:rsidR="006F05BB" w:rsidRDefault="006F05BB">
      <w:pPr>
        <w:pStyle w:val="p1"/>
      </w:pPr>
      <w:bdo w:val="ltr">
        <w:r>
          <w:rPr>
            <w:rStyle w:val="s2"/>
          </w:rPr>
          <w:t xml:space="preserve"> protect religious freedom and the wearing of tribal regalia by Native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7D2093AB" w14:textId="77777777" w:rsidR="006F05BB" w:rsidRDefault="006F05BB">
      <w:pPr>
        <w:pStyle w:val="p1"/>
      </w:pPr>
      <w:bdo w:val="ltr">
        <w:r>
          <w:rPr>
            <w:rStyle w:val="s2"/>
          </w:rPr>
          <w:t xml:space="preserve"> students. It would improve government transparency and protect our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65CDFF01" w14:textId="77777777" w:rsidR="006F05BB" w:rsidRDefault="006F05BB">
      <w:pPr>
        <w:pStyle w:val="p1"/>
      </w:pPr>
      <w:bdo w:val="ltr">
        <w:r>
          <w:rPr>
            <w:rStyle w:val="s2"/>
          </w:rPr>
          <w:t xml:space="preserve"> cyberspace efforts by modifying the public record laws. We have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2ABCC6B8" w14:textId="77777777" w:rsidR="006F05BB" w:rsidRDefault="006F05BB">
      <w:pPr>
        <w:pStyle w:val="p1"/>
      </w:pPr>
      <w:bdo w:val="ltr">
        <w:r>
          <w:rPr>
            <w:rStyle w:val="s2"/>
          </w:rPr>
          <w:t xml:space="preserve"> reached out to the other senators that I've listed on that list of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27205644" w14:textId="77777777" w:rsidR="006F05BB" w:rsidRDefault="006F05BB">
      <w:pPr>
        <w:pStyle w:val="p1"/>
      </w:pPr>
      <w:bdo w:val="ltr">
        <w:r>
          <w:rPr>
            <w:rStyle w:val="s2"/>
          </w:rPr>
          <w:t xml:space="preserve"> bills, and have asked them to go ahead and to get in the queue and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1E9A24E1" w14:textId="77777777" w:rsidR="006F05BB" w:rsidRDefault="006F05BB">
      <w:pPr>
        <w:pStyle w:val="p1"/>
      </w:pPr>
      <w:bdo w:val="ltr">
        <w:r>
          <w:rPr>
            <w:rStyle w:val="s2"/>
          </w:rPr>
          <w:t xml:space="preserve"> address their specific bill one by one. I'll do the same thing for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1A858BBB" w14:textId="77777777" w:rsidR="006F05BB" w:rsidRDefault="006F05BB">
      <w:pPr>
        <w:pStyle w:val="p1"/>
      </w:pPr>
      <w:bdo w:val="ltr">
        <w:r>
          <w:rPr>
            <w:rStyle w:val="s2"/>
          </w:rPr>
          <w:t xml:space="preserve"> LB277 here in a minute. I would ask that we get your green vote on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104E3D0F" w14:textId="77777777" w:rsidR="006F05BB" w:rsidRDefault="006F05BB">
      <w:pPr>
        <w:pStyle w:val="p1"/>
      </w:pPr>
      <w:bdo w:val="ltr">
        <w:r>
          <w:rPr>
            <w:rStyle w:val="s2"/>
          </w:rPr>
          <w:t xml:space="preserve"> AM2073 [SIC] and on the base bill, LB43. Thank you, Mr. President.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24891DCD" w14:textId="77777777" w:rsidR="006F05BB" w:rsidRDefault="006F05BB">
      <w:pPr>
        <w:pStyle w:val="p1"/>
      </w:pPr>
      <w:bdo w:val="ltr">
        <w:r>
          <w:rPr>
            <w:rStyle w:val="s1"/>
          </w:rPr>
          <w:t xml:space="preserve"> KELLY:</w:t>
        </w:r>
        <w:r>
          <w:rPr>
            <w:rStyle w:val="s1"/>
            <w:rFonts w:ascii="Apple Symbols" w:hAnsi="Apple Symbols" w:cs="Apple Symbols"/>
          </w:rPr>
          <w:t>‬</w:t>
        </w:r>
        <w:bdo w:val="ltr">
          <w:r>
            <w:rPr>
              <w:rStyle w:val="s2"/>
            </w:rPr>
            <w:t xml:space="preserve"> Thank you, Senator Brewer. Mr. Clerk, for an</w:t>
          </w:r>
          <w:r>
            <w:rPr>
              <w:rStyle w:val="s2"/>
              <w:rFonts w:ascii="Apple Symbols" w:hAnsi="Apple Symbols" w:cs="Apple Symbols"/>
            </w:rPr>
            <w:t>‬</w:t>
          </w:r>
          <w:bdo w:val="ltr">
            <w:r>
              <w:rPr>
                <w:rStyle w:val="s2"/>
              </w:rPr>
              <w:t xml:space="preserve"> item.</w:t>
            </w:r>
            <w:r>
              <w:rPr>
                <w:rStyle w:val="s2"/>
                <w:rFonts w:ascii="Apple Symbols" w:hAnsi="Apple Symbols" w:cs="Apple Symbols"/>
              </w:rPr>
              <w:t>‬</w:t>
            </w:r>
          </w:bdo>
        </w:bdo>
      </w:bdo>
    </w:p>
    <w:p w14:paraId="3B490189" w14:textId="77777777" w:rsidR="006F05BB" w:rsidRDefault="006F05BB">
      <w:pPr>
        <w:pStyle w:val="p1"/>
      </w:pPr>
      <w:bdo w:val="ltr">
        <w:r>
          <w:rPr>
            <w:rStyle w:val="s1"/>
          </w:rPr>
          <w:t xml:space="preserve"> CLERK:</w:t>
        </w:r>
        <w:r>
          <w:rPr>
            <w:rStyle w:val="s1"/>
            <w:rFonts w:ascii="Apple Symbols" w:hAnsi="Apple Symbols" w:cs="Apple Symbols"/>
          </w:rPr>
          <w:t>‬</w:t>
        </w:r>
        <w:bdo w:val="ltr">
          <w:r>
            <w:rPr>
              <w:rStyle w:val="s2"/>
            </w:rPr>
            <w:t xml:space="preserve"> Mr. President, Senator John </w:t>
          </w:r>
          <w:proofErr w:type="spellStart"/>
          <w:r>
            <w:rPr>
              <w:rStyle w:val="s2"/>
            </w:rPr>
            <w:t>Cavanaugh</w:t>
          </w:r>
          <w:proofErr w:type="spellEnd"/>
          <w:r>
            <w:rPr>
              <w:rStyle w:val="s2"/>
            </w:rPr>
            <w:t xml:space="preserve"> would</w:t>
          </w:r>
          <w:r>
            <w:rPr>
              <w:rStyle w:val="s2"/>
              <w:rFonts w:ascii="Apple Symbols" w:hAnsi="Apple Symbols" w:cs="Apple Symbols"/>
            </w:rPr>
            <w:t>‬</w:t>
          </w:r>
          <w:bdo w:val="ltr">
            <w:r>
              <w:rPr>
                <w:rStyle w:val="s2"/>
              </w:rPr>
              <w:t xml:space="preserve"> move to amend the</w:t>
            </w:r>
            <w:r>
              <w:rPr>
                <w:rStyle w:val="s2"/>
                <w:rFonts w:ascii="Apple Symbols" w:hAnsi="Apple Symbols" w:cs="Apple Symbols"/>
              </w:rPr>
              <w:t>‬</w:t>
            </w:r>
          </w:bdo>
        </w:bdo>
      </w:bdo>
    </w:p>
    <w:p w14:paraId="7ACCCA38" w14:textId="77777777" w:rsidR="006F05BB" w:rsidRDefault="006F05BB">
      <w:pPr>
        <w:pStyle w:val="p1"/>
      </w:pPr>
      <w:bdo w:val="ltr">
        <w:r>
          <w:rPr>
            <w:rStyle w:val="s2"/>
          </w:rPr>
          <w:t xml:space="preserve"> committee amendments with AM2081.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1D76C44D" w14:textId="77777777" w:rsidR="006F05BB" w:rsidRDefault="006F05BB">
      <w:pPr>
        <w:pStyle w:val="p1"/>
      </w:pPr>
      <w:bdo w:val="ltr">
        <w:r>
          <w:rPr>
            <w:rStyle w:val="s1"/>
          </w:rPr>
          <w:t xml:space="preserve"> KELLY:</w:t>
        </w:r>
        <w:r>
          <w:rPr>
            <w:rStyle w:val="s1"/>
            <w:rFonts w:ascii="Apple Symbols" w:hAnsi="Apple Symbols" w:cs="Apple Symbols"/>
          </w:rPr>
          <w:t>‬</w:t>
        </w:r>
        <w:bdo w:val="ltr">
          <w:r>
            <w:rPr>
              <w:rStyle w:val="s2"/>
            </w:rPr>
            <w:t xml:space="preserve"> Senator John </w:t>
          </w:r>
          <w:proofErr w:type="spellStart"/>
          <w:r>
            <w:rPr>
              <w:rStyle w:val="s2"/>
            </w:rPr>
            <w:t>Cavanaugh</w:t>
          </w:r>
          <w:proofErr w:type="spellEnd"/>
          <w:r>
            <w:rPr>
              <w:rStyle w:val="s2"/>
            </w:rPr>
            <w:t>, you're recognized to</w:t>
          </w:r>
          <w:r>
            <w:rPr>
              <w:rStyle w:val="s2"/>
              <w:rFonts w:ascii="Apple Symbols" w:hAnsi="Apple Symbols" w:cs="Apple Symbols"/>
            </w:rPr>
            <w:t>‬</w:t>
          </w:r>
          <w:bdo w:val="ltr">
            <w:r>
              <w:rPr>
                <w:rStyle w:val="s2"/>
              </w:rPr>
              <w:t xml:space="preserve"> open.</w:t>
            </w:r>
            <w:r>
              <w:rPr>
                <w:rStyle w:val="s2"/>
                <w:rFonts w:ascii="Apple Symbols" w:hAnsi="Apple Symbols" w:cs="Apple Symbols"/>
              </w:rPr>
              <w:t>‬</w:t>
            </w:r>
          </w:bdo>
        </w:bdo>
      </w:bdo>
    </w:p>
    <w:p w14:paraId="70557E7C" w14:textId="77777777" w:rsidR="006F05BB" w:rsidRDefault="006F05BB">
      <w:pPr>
        <w:pStyle w:val="p1"/>
      </w:pPr>
      <w:bdo w:val="ltr">
        <w:r>
          <w:rPr>
            <w:rStyle w:val="s1"/>
          </w:rPr>
          <w:t xml:space="preserve"> J. </w:t>
        </w:r>
        <w:proofErr w:type="spellStart"/>
        <w:r>
          <w:rPr>
            <w:rStyle w:val="s1"/>
          </w:rPr>
          <w:t>CAVANAUGH</w:t>
        </w:r>
        <w:proofErr w:type="spellEnd"/>
        <w:r>
          <w:rPr>
            <w:rStyle w:val="s1"/>
          </w:rPr>
          <w:t>:</w:t>
        </w:r>
        <w:r>
          <w:rPr>
            <w:rStyle w:val="s1"/>
            <w:rFonts w:ascii="Apple Symbols" w:hAnsi="Apple Symbols" w:cs="Apple Symbols"/>
          </w:rPr>
          <w:t>‬</w:t>
        </w:r>
        <w:bdo w:val="ltr">
          <w:r>
            <w:rPr>
              <w:rStyle w:val="s2"/>
            </w:rPr>
            <w:t xml:space="preserve"> Thank you, Mr. President. Thank you,</w:t>
          </w:r>
          <w:r>
            <w:rPr>
              <w:rStyle w:val="s2"/>
              <w:rFonts w:ascii="Apple Symbols" w:hAnsi="Apple Symbols" w:cs="Apple Symbols"/>
            </w:rPr>
            <w:t>‬</w:t>
          </w:r>
          <w:bdo w:val="ltr">
            <w:r>
              <w:rPr>
                <w:rStyle w:val="s2"/>
              </w:rPr>
              <w:t xml:space="preserve"> colleagues. Thank</w:t>
            </w:r>
            <w:r>
              <w:rPr>
                <w:rStyle w:val="s2"/>
                <w:rFonts w:ascii="Apple Symbols" w:hAnsi="Apple Symbols" w:cs="Apple Symbols"/>
              </w:rPr>
              <w:t>‬</w:t>
            </w:r>
          </w:bdo>
        </w:bdo>
      </w:bdo>
    </w:p>
    <w:p w14:paraId="1AE243F3" w14:textId="77777777" w:rsidR="006F05BB" w:rsidRDefault="006F05BB">
      <w:pPr>
        <w:pStyle w:val="p1"/>
      </w:pPr>
      <w:bdo w:val="ltr">
        <w:r>
          <w:rPr>
            <w:rStyle w:val="s2"/>
          </w:rPr>
          <w:t xml:space="preserve"> you, Senator Brewer and Senator Sanders, for bringing this bill and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75558024" w14:textId="77777777" w:rsidR="006F05BB" w:rsidRDefault="006F05BB">
      <w:pPr>
        <w:pStyle w:val="p1"/>
      </w:pPr>
      <w:bdo w:val="ltr">
        <w:r>
          <w:rPr>
            <w:rStyle w:val="s2"/>
          </w:rPr>
          <w:t xml:space="preserve"> the other folks who brought other parts of this bill. I think LB43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6C21CE20" w14:textId="77777777" w:rsidR="006F05BB" w:rsidRDefault="006F05BB">
      <w:pPr>
        <w:pStyle w:val="p1"/>
      </w:pPr>
      <w:bdo w:val="ltr">
        <w:r>
          <w:rPr>
            <w:rStyle w:val="s2"/>
          </w:rPr>
          <w:t xml:space="preserve"> with AM2076 has some really good parts. And so my proposed amendment,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67ED94CA" w14:textId="77777777" w:rsidR="006F05BB" w:rsidRDefault="006F05BB">
      <w:pPr>
        <w:pStyle w:val="p1"/>
      </w:pPr>
      <w:bdo w:val="ltr">
        <w:r>
          <w:rPr>
            <w:rStyle w:val="s2"/>
          </w:rPr>
          <w:t xml:space="preserve"> I think, is more of a technical suggestion as to 1 specific section,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2071EA44" w14:textId="77777777" w:rsidR="006F05BB" w:rsidRDefault="006F05BB">
      <w:pPr>
        <w:pStyle w:val="p1"/>
      </w:pPr>
      <w:bdo w:val="ltr">
        <w:r>
          <w:rPr>
            <w:rStyle w:val="s2"/>
          </w:rPr>
          <w:t xml:space="preserve"> which happens to be Senator Brewer's. So LB43, the underlying bill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4D350739" w14:textId="77777777" w:rsidR="006F05BB" w:rsidRDefault="006F05BB">
      <w:pPr>
        <w:pStyle w:val="p1"/>
      </w:pPr>
      <w:bdo w:val="ltr">
        <w:r>
          <w:rPr>
            <w:rStyle w:val="s2"/>
          </w:rPr>
          <w:t xml:space="preserve"> sets a standard of review for courts and agency hearing officers to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0662EB5B" w14:textId="77777777" w:rsidR="006F05BB" w:rsidRDefault="006F05BB">
      <w:pPr>
        <w:pStyle w:val="p1"/>
      </w:pPr>
      <w:bdo w:val="ltr">
        <w:r>
          <w:rPr>
            <w:rStyle w:val="s2"/>
          </w:rPr>
          <w:t xml:space="preserve"> favor the individual litigant or the, the private person when dealing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1BEBA6C7" w14:textId="77777777" w:rsidR="006F05BB" w:rsidRDefault="006F05BB">
      <w:pPr>
        <w:pStyle w:val="p1"/>
      </w:pPr>
      <w:bdo w:val="ltr">
        <w:r>
          <w:rPr>
            <w:rStyle w:val="s2"/>
          </w:rPr>
          <w:t xml:space="preserve"> with government regulations or controversies involving the government.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3A69D3EB" w14:textId="77777777" w:rsidR="006F05BB" w:rsidRDefault="006F05BB">
      <w:pPr>
        <w:pStyle w:val="p1"/>
      </w:pPr>
      <w:bdo w:val="ltr">
        <w:r>
          <w:rPr>
            <w:rStyle w:val="s2"/>
          </w:rPr>
          <w:t xml:space="preserve"> It's meant to be a restraint on government authority and on the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08F3BDFC" w14:textId="77777777" w:rsidR="006F05BB" w:rsidRDefault="006F05BB">
      <w:pPr>
        <w:pStyle w:val="p1"/>
      </w:pPr>
      <w:bdo w:val="ltr">
        <w:r>
          <w:rPr>
            <w:rStyle w:val="s2"/>
          </w:rPr>
          <w:t xml:space="preserve"> private citizen. My amendment AM2081 to the committee amendment which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09CC1756" w14:textId="77777777" w:rsidR="006F05BB" w:rsidRDefault="006F05BB">
      <w:pPr>
        <w:pStyle w:val="p1"/>
      </w:pPr>
      <w:bdo w:val="ltr">
        <w:r>
          <w:rPr>
            <w:rStyle w:val="s2"/>
          </w:rPr>
          <w:t xml:space="preserve"> is-- addresses LB277, the First Freedom Act. LB277 would allow for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75A7E6DA" w14:textId="77777777" w:rsidR="006F05BB" w:rsidRDefault="006F05BB">
      <w:pPr>
        <w:pStyle w:val="p1"/>
      </w:pPr>
      <w:bdo w:val="ltr">
        <w:r>
          <w:rPr>
            <w:rStyle w:val="s2"/>
          </w:rPr>
          <w:t xml:space="preserve"> citizens to bring a cause of action against a state agency or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45502445" w14:textId="77777777" w:rsidR="006F05BB" w:rsidRDefault="006F05BB">
      <w:pPr>
        <w:pStyle w:val="p1"/>
      </w:pPr>
      <w:bdo w:val="ltr">
        <w:r>
          <w:rPr>
            <w:rStyle w:val="s2"/>
          </w:rPr>
          <w:t xml:space="preserve"> political subdivision for violations of the First Freedom Act,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2E8C3446" w14:textId="77777777" w:rsidR="006F05BB" w:rsidRDefault="006F05BB">
      <w:pPr>
        <w:pStyle w:val="p1"/>
      </w:pPr>
      <w:bdo w:val="ltr">
        <w:r>
          <w:rPr>
            <w:rStyle w:val="s2"/>
          </w:rPr>
          <w:t xml:space="preserve"> specifically for substantially burdening a person's right to exercise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53BE26AA" w14:textId="77777777" w:rsidR="006F05BB" w:rsidRDefault="006F05BB">
      <w:pPr>
        <w:pStyle w:val="p1"/>
      </w:pPr>
      <w:bdo w:val="ltr">
        <w:r>
          <w:rPr>
            <w:rStyle w:val="s2"/>
          </w:rPr>
          <w:t xml:space="preserve"> their religion. My amendment would clarify that this cause of action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40DE1B4E" w14:textId="77777777" w:rsidR="006F05BB" w:rsidRDefault="006F05BB">
      <w:pPr>
        <w:pStyle w:val="p1"/>
      </w:pPr>
      <w:bdo w:val="ltr">
        <w:r>
          <w:rPr>
            <w:rStyle w:val="s2"/>
          </w:rPr>
          <w:t xml:space="preserve"> could not be used to challenge any provision of law or the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23CA471F" w14:textId="77777777" w:rsidR="006F05BB" w:rsidRDefault="006F05BB">
      <w:pPr>
        <w:pStyle w:val="p1"/>
      </w:pPr>
      <w:bdo w:val="ltr">
        <w:r>
          <w:rPr>
            <w:rStyle w:val="s2"/>
          </w:rPr>
          <w:t xml:space="preserve"> implementation of law that provides for or requires protections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22172430" w14:textId="77777777" w:rsidR="006F05BB" w:rsidRDefault="006F05BB">
      <w:pPr>
        <w:pStyle w:val="p1"/>
      </w:pPr>
      <w:bdo w:val="ltr">
        <w:r>
          <w:rPr>
            <w:rStyle w:val="s2"/>
          </w:rPr>
          <w:t xml:space="preserve"> against discrimination or the promotion of equal opportunity,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6CD41A8E" w14:textId="77777777" w:rsidR="006F05BB" w:rsidRDefault="006F05BB">
      <w:pPr>
        <w:pStyle w:val="p1"/>
      </w:pPr>
      <w:bdo w:val="ltr">
        <w:r>
          <w:rPr>
            <w:rStyle w:val="s2"/>
          </w:rPr>
          <w:t xml:space="preserve"> including Age Discrimination in Employment Act, the Nebraska Fair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200BA09D" w14:textId="77777777" w:rsidR="006F05BB" w:rsidRDefault="006F05BB">
      <w:pPr>
        <w:pStyle w:val="p1"/>
      </w:pPr>
      <w:bdo w:val="ltr">
        <w:r>
          <w:rPr>
            <w:rStyle w:val="s2"/>
          </w:rPr>
          <w:t xml:space="preserve"> Employment Practice Act, the Nebraska Fair Housing Act, and the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791D7794" w14:textId="77777777" w:rsidR="006F05BB" w:rsidRDefault="006F05BB">
      <w:pPr>
        <w:pStyle w:val="p1"/>
      </w:pPr>
      <w:bdo w:val="ltr">
        <w:r>
          <w:rPr>
            <w:rStyle w:val="s2"/>
          </w:rPr>
          <w:t xml:space="preserve"> federal Americans with Disabilities Act. Employers would provide wages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7A817314" w14:textId="77777777" w:rsidR="006F05BB" w:rsidRDefault="006F05BB">
      <w:pPr>
        <w:pStyle w:val="p1"/>
      </w:pPr>
      <w:bdo w:val="ltr">
        <w:r>
          <w:rPr>
            <w:rStyle w:val="s2"/>
          </w:rPr>
          <w:t xml:space="preserve"> or other compensation or any benefit including leave, standard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5328D24E" w14:textId="77777777" w:rsidR="006F05BB" w:rsidRDefault="006F05BB">
      <w:pPr>
        <w:pStyle w:val="p1"/>
      </w:pPr>
      <w:bdo w:val="ltr">
        <w:r>
          <w:rPr>
            <w:rStyle w:val="s2"/>
          </w:rPr>
          <w:t xml:space="preserve"> protections-- standards protecting collective activity in the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6018E6E8" w14:textId="77777777" w:rsidR="006F05BB" w:rsidRDefault="006F05BB">
      <w:pPr>
        <w:pStyle w:val="p1"/>
      </w:pPr>
      <w:bdo w:val="ltr">
        <w:r>
          <w:rPr>
            <w:rStyle w:val="s2"/>
          </w:rPr>
          <w:t xml:space="preserve"> workplace, protections against child labor abuse or exploitation, or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365F33B0" w14:textId="77777777" w:rsidR="006F05BB" w:rsidRDefault="006F05BB">
      <w:pPr>
        <w:pStyle w:val="p2"/>
      </w:pPr>
      <w:bdo w:val="ltr">
        <w:r>
          <w:rPr>
            <w:rStyle w:val="s3"/>
          </w:rPr>
          <w:t xml:space="preserve"> 17</w:t>
        </w:r>
        <w:r>
          <w:rPr>
            <w:rStyle w:val="s3"/>
          </w:rPr>
          <w:t>‬</w:t>
        </w:r>
        <w:bdo w:val="ltr">
          <w:r>
            <w:rPr>
              <w:rStyle w:val="s3"/>
            </w:rPr>
            <w:t xml:space="preserve"> of</w:t>
          </w:r>
          <w:r>
            <w:rPr>
              <w:rStyle w:val="s3"/>
            </w:rPr>
            <w:t>‬</w:t>
          </w:r>
          <w:bdo w:val="ltr">
            <w:r>
              <w:rPr>
                <w:rStyle w:val="s3"/>
              </w:rPr>
              <w:t xml:space="preserve"> 49</w:t>
            </w:r>
            <w:r>
              <w:rPr>
                <w:rStyle w:val="s3"/>
              </w:rPr>
              <w:t>‬</w:t>
            </w:r>
            <w:bdo w:val="ltr">
              <w:r>
                <w:rPr>
                  <w:rStyle w:val="s3"/>
                </w:rPr>
                <w:t xml:space="preserve"> Transcript Prepared by Clerk of the Legislature Transcribers Office</w:t>
              </w:r>
              <w:r>
                <w:rPr>
                  <w:rStyle w:val="s3"/>
                </w:rPr>
                <w:t>‬</w:t>
              </w:r>
            </w:bdo>
          </w:bdo>
        </w:bdo>
      </w:bdo>
    </w:p>
    <w:p w14:paraId="7D4EC5DE" w14:textId="77777777" w:rsidR="006F05BB" w:rsidRDefault="006F05BB">
      <w:pPr>
        <w:pStyle w:val="p2"/>
      </w:pPr>
      <w:bdo w:val="ltr">
        <w:r>
          <w:rPr>
            <w:rStyle w:val="s3"/>
          </w:rPr>
          <w:t xml:space="preserve"> Floor Debate January 23, 2024</w:t>
        </w:r>
        <w:r>
          <w:rPr>
            <w:rStyle w:val="s3"/>
          </w:rPr>
          <w:t>‬</w:t>
        </w:r>
      </w:bdo>
    </w:p>
    <w:p w14:paraId="5209DB2B" w14:textId="77777777" w:rsidR="006F05BB" w:rsidRDefault="006F05BB">
      <w:pPr>
        <w:pStyle w:val="p1"/>
      </w:pPr>
      <w:bdo w:val="ltr">
        <w:r>
          <w:rPr>
            <w:rStyle w:val="s2"/>
          </w:rPr>
          <w:t xml:space="preserve"> access to information about referral for or provision of coverage for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5F29F4AF" w14:textId="77777777" w:rsidR="006F05BB" w:rsidRDefault="006F05BB">
      <w:pPr>
        <w:pStyle w:val="p1"/>
      </w:pPr>
      <w:bdo w:val="ltr">
        <w:r>
          <w:rPr>
            <w:rStyle w:val="s2"/>
          </w:rPr>
          <w:t xml:space="preserve"> any healthcare item or service, any item of government contract grant,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679CC546" w14:textId="77777777" w:rsidR="006F05BB" w:rsidRDefault="006F05BB">
      <w:pPr>
        <w:pStyle w:val="p1"/>
      </w:pPr>
      <w:bdo w:val="ltr">
        <w:r>
          <w:rPr>
            <w:rStyle w:val="s2"/>
          </w:rPr>
          <w:t xml:space="preserve"> cooperative agreement, or other award that requires any good-- goods,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0448F742" w14:textId="77777777" w:rsidR="006F05BB" w:rsidRDefault="006F05BB">
      <w:pPr>
        <w:pStyle w:val="p1"/>
      </w:pPr>
      <w:bdo w:val="ltr">
        <w:r>
          <w:rPr>
            <w:rStyle w:val="s2"/>
          </w:rPr>
          <w:t xml:space="preserve"> services, function or activity to be performed for or provided to any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7E4256DF" w14:textId="77777777" w:rsidR="006F05BB" w:rsidRDefault="006F05BB">
      <w:pPr>
        <w:pStyle w:val="p1"/>
      </w:pPr>
      <w:bdo w:val="ltr">
        <w:r>
          <w:rPr>
            <w:rStyle w:val="s2"/>
          </w:rPr>
          <w:t xml:space="preserve"> beneficiary or participant in a program activity funded by such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520B962E" w14:textId="77777777" w:rsidR="006F05BB" w:rsidRDefault="006F05BB">
      <w:pPr>
        <w:pStyle w:val="p1"/>
      </w:pPr>
      <w:bdo w:val="ltr">
        <w:r>
          <w:rPr>
            <w:rStyle w:val="s2"/>
          </w:rPr>
          <w:t xml:space="preserve"> government contract or grant or any goods, services or benefit or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218D5594" w14:textId="77777777" w:rsidR="006F05BB" w:rsidRDefault="006F05BB">
      <w:pPr>
        <w:pStyle w:val="p1"/>
      </w:pPr>
      <w:bdo w:val="ltr">
        <w:r>
          <w:rPr>
            <w:rStyle w:val="s2"/>
          </w:rPr>
          <w:t xml:space="preserve"> accommodation provided by the government to the extent that the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4618D3B3" w14:textId="77777777" w:rsidR="006F05BB" w:rsidRDefault="006F05BB">
      <w:pPr>
        <w:pStyle w:val="p1"/>
      </w:pPr>
      <w:bdo w:val="ltr">
        <w:r>
          <w:rPr>
            <w:rStyle w:val="s2"/>
          </w:rPr>
          <w:t xml:space="preserve"> application of the First Freedom Act would result in denying a person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417E5810" w14:textId="77777777" w:rsidR="006F05BB" w:rsidRDefault="006F05BB">
      <w:pPr>
        <w:pStyle w:val="p1"/>
      </w:pPr>
      <w:bdo w:val="ltr">
        <w:r>
          <w:rPr>
            <w:rStyle w:val="s2"/>
          </w:rPr>
          <w:t xml:space="preserve"> the full and equal enjoyment of such goods and services or benefits.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27053614" w14:textId="77777777" w:rsidR="006F05BB" w:rsidRDefault="006F05BB">
      <w:pPr>
        <w:pStyle w:val="p1"/>
      </w:pPr>
      <w:bdo w:val="ltr">
        <w:r>
          <w:rPr>
            <w:rStyle w:val="s2"/>
          </w:rPr>
          <w:t xml:space="preserve"> It's important that this bill be a-- be a shield to protect religious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0DF8760F" w14:textId="77777777" w:rsidR="006F05BB" w:rsidRDefault="006F05BB">
      <w:pPr>
        <w:pStyle w:val="p1"/>
      </w:pPr>
      <w:bdo w:val="ltr">
        <w:r>
          <w:rPr>
            <w:rStyle w:val="s2"/>
          </w:rPr>
          <w:t xml:space="preserve"> freedom rights of people, and not a sword to challenge well-settled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0FD5DA4B" w14:textId="77777777" w:rsidR="006F05BB" w:rsidRDefault="006F05BB">
      <w:pPr>
        <w:pStyle w:val="p1"/>
      </w:pPr>
      <w:bdo w:val="ltr">
        <w:r>
          <w:rPr>
            <w:rStyle w:val="s2"/>
          </w:rPr>
          <w:t xml:space="preserve"> nondiscrimination law or employment protections. This is particularly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1A24359B" w14:textId="77777777" w:rsidR="006F05BB" w:rsidRDefault="006F05BB">
      <w:pPr>
        <w:pStyle w:val="p1"/>
      </w:pPr>
      <w:bdo w:val="ltr">
        <w:r>
          <w:rPr>
            <w:rStyle w:val="s2"/>
          </w:rPr>
          <w:t xml:space="preserve"> true with various federal laws that the state must abide by,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7A294449" w14:textId="77777777" w:rsidR="006F05BB" w:rsidRDefault="006F05BB">
      <w:pPr>
        <w:pStyle w:val="p1"/>
      </w:pPr>
      <w:bdo w:val="ltr">
        <w:r>
          <w:rPr>
            <w:rStyle w:val="s2"/>
          </w:rPr>
          <w:t xml:space="preserve"> regardless of our own state policy or opinion. We cannot pass laws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1C2DA194" w14:textId="77777777" w:rsidR="006F05BB" w:rsidRDefault="006F05BB">
      <w:pPr>
        <w:pStyle w:val="p1"/>
      </w:pPr>
      <w:bdo w:val="ltr">
        <w:r>
          <w:rPr>
            <w:rStyle w:val="s2"/>
          </w:rPr>
          <w:t xml:space="preserve"> that directly or indirectly, by providing cause of action, contradict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1D9C6463" w14:textId="77777777" w:rsidR="006F05BB" w:rsidRDefault="006F05BB">
      <w:pPr>
        <w:pStyle w:val="p1"/>
      </w:pPr>
      <w:bdo w:val="ltr">
        <w:r>
          <w:rPr>
            <w:rStyle w:val="s2"/>
          </w:rPr>
          <w:t xml:space="preserve"> federal nondiscrimination law. And, and this amendment clarifies that.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13C3F798" w14:textId="77777777" w:rsidR="006F05BB" w:rsidRDefault="006F05BB">
      <w:pPr>
        <w:pStyle w:val="p1"/>
      </w:pPr>
      <w:bdo w:val="ltr">
        <w:r>
          <w:rPr>
            <w:rStyle w:val="s2"/>
          </w:rPr>
          <w:t xml:space="preserve"> Additionally, any bargained agreement or community development project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5FFE3C96" w14:textId="77777777" w:rsidR="006F05BB" w:rsidRDefault="006F05BB">
      <w:pPr>
        <w:pStyle w:val="p1"/>
      </w:pPr>
      <w:bdo w:val="ltr">
        <w:r>
          <w:rPr>
            <w:rStyle w:val="s2"/>
          </w:rPr>
          <w:t xml:space="preserve"> or other matter that are enforced by this contract cannot be undone by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37673370" w14:textId="77777777" w:rsidR="006F05BB" w:rsidRDefault="006F05BB">
      <w:pPr>
        <w:pStyle w:val="p1"/>
      </w:pPr>
      <w:bdo w:val="ltr">
        <w:r>
          <w:rPr>
            <w:rStyle w:val="s2"/>
          </w:rPr>
          <w:t xml:space="preserve"> the Legislature. So this bill, in its current form, is not clear on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0D2D2D93" w14:textId="77777777" w:rsidR="006F05BB" w:rsidRDefault="006F05BB">
      <w:pPr>
        <w:pStyle w:val="p1"/>
      </w:pPr>
      <w:bdo w:val="ltr">
        <w:r>
          <w:rPr>
            <w:rStyle w:val="s2"/>
          </w:rPr>
          <w:t xml:space="preserve"> whether the cause of actions could be challenged by law or contract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193A2ABC" w14:textId="77777777" w:rsidR="006F05BB" w:rsidRDefault="006F05BB">
      <w:pPr>
        <w:pStyle w:val="p1"/>
      </w:pPr>
      <w:bdo w:val="ltr">
        <w:r>
          <w:rPr>
            <w:rStyle w:val="s2"/>
          </w:rPr>
          <w:t xml:space="preserve"> and should-- and we should make that clear. So if you look at the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678628F7" w14:textId="77777777" w:rsidR="006F05BB" w:rsidRDefault="006F05BB">
      <w:pPr>
        <w:pStyle w:val="p1"/>
      </w:pPr>
      <w:bdo w:val="ltr">
        <w:r>
          <w:rPr>
            <w:rStyle w:val="s2"/>
          </w:rPr>
          <w:t xml:space="preserve"> committee statement of LB30-- or LB43 and the committee statement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20DE6E30" w14:textId="77777777" w:rsidR="006F05BB" w:rsidRDefault="006F05BB">
      <w:pPr>
        <w:pStyle w:val="p1"/>
      </w:pPr>
      <w:bdo w:val="ltr">
        <w:r>
          <w:rPr>
            <w:rStyle w:val="s2"/>
          </w:rPr>
          <w:t xml:space="preserve"> LB277, there were opponents of this bill. And I think my amendment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1035F4D7" w14:textId="77777777" w:rsidR="006F05BB" w:rsidRDefault="006F05BB">
      <w:pPr>
        <w:pStyle w:val="p1"/>
      </w:pPr>
      <w:bdo w:val="ltr">
        <w:r>
          <w:rPr>
            <w:rStyle w:val="s2"/>
          </w:rPr>
          <w:t xml:space="preserve"> addresses a number of their concerns. So I'd appreciate your green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00FEA7F0" w14:textId="77777777" w:rsidR="006F05BB" w:rsidRDefault="006F05BB">
      <w:pPr>
        <w:pStyle w:val="p1"/>
      </w:pPr>
      <w:bdo w:val="ltr">
        <w:r>
          <w:rPr>
            <w:rStyle w:val="s2"/>
          </w:rPr>
          <w:t xml:space="preserve"> vote on my amendment. Thank you, Mr. President.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447D4EC5" w14:textId="77777777" w:rsidR="006F05BB" w:rsidRDefault="006F05BB">
      <w:pPr>
        <w:pStyle w:val="p1"/>
      </w:pPr>
      <w:bdo w:val="ltr">
        <w:r>
          <w:rPr>
            <w:rStyle w:val="s1"/>
          </w:rPr>
          <w:t xml:space="preserve"> KELLY:</w:t>
        </w:r>
        <w:r>
          <w:rPr>
            <w:rStyle w:val="s1"/>
            <w:rFonts w:ascii="Apple Symbols" w:hAnsi="Apple Symbols" w:cs="Apple Symbols"/>
          </w:rPr>
          <w:t>‬</w:t>
        </w:r>
        <w:bdo w:val="ltr">
          <w:r>
            <w:rPr>
              <w:rStyle w:val="s2"/>
            </w:rPr>
            <w:t xml:space="preserve"> Thank you, Senator </w:t>
          </w:r>
          <w:proofErr w:type="spellStart"/>
          <w:r>
            <w:rPr>
              <w:rStyle w:val="s2"/>
            </w:rPr>
            <w:t>Cavanaugh</w:t>
          </w:r>
          <w:proofErr w:type="spellEnd"/>
          <w:r>
            <w:rPr>
              <w:rStyle w:val="s2"/>
            </w:rPr>
            <w:t>. Moving to the</w:t>
          </w:r>
          <w:r>
            <w:rPr>
              <w:rStyle w:val="s2"/>
              <w:rFonts w:ascii="Apple Symbols" w:hAnsi="Apple Symbols" w:cs="Apple Symbols"/>
            </w:rPr>
            <w:t>‬</w:t>
          </w:r>
          <w:bdo w:val="ltr">
            <w:r>
              <w:rPr>
                <w:rStyle w:val="s2"/>
              </w:rPr>
              <w:t xml:space="preserve"> queue. Senator</w:t>
            </w:r>
            <w:r>
              <w:rPr>
                <w:rStyle w:val="s2"/>
                <w:rFonts w:ascii="Apple Symbols" w:hAnsi="Apple Symbols" w:cs="Apple Symbols"/>
              </w:rPr>
              <w:t>‬</w:t>
            </w:r>
          </w:bdo>
        </w:bdo>
      </w:bdo>
    </w:p>
    <w:p w14:paraId="1643B855" w14:textId="77777777" w:rsidR="006F05BB" w:rsidRDefault="006F05BB">
      <w:pPr>
        <w:pStyle w:val="p1"/>
      </w:pPr>
      <w:bdo w:val="ltr">
        <w:r>
          <w:rPr>
            <w:rStyle w:val="s2"/>
          </w:rPr>
          <w:t xml:space="preserve"> Conrad, you're recognized to speak.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3F034EE0" w14:textId="77777777" w:rsidR="006F05BB" w:rsidRDefault="006F05BB">
      <w:pPr>
        <w:pStyle w:val="p1"/>
      </w:pPr>
      <w:bdo w:val="ltr">
        <w:r>
          <w:rPr>
            <w:rStyle w:val="s1"/>
          </w:rPr>
          <w:t xml:space="preserve"> CONRAD:</w:t>
        </w:r>
        <w:r>
          <w:rPr>
            <w:rStyle w:val="s1"/>
            <w:rFonts w:ascii="Apple Symbols" w:hAnsi="Apple Symbols" w:cs="Apple Symbols"/>
          </w:rPr>
          <w:t>‬</w:t>
        </w:r>
        <w:bdo w:val="ltr">
          <w:r>
            <w:rPr>
              <w:rStyle w:val="s2"/>
            </w:rPr>
            <w:t xml:space="preserve"> Thank you, Mr. President, and good morning,</w:t>
          </w:r>
          <w:r>
            <w:rPr>
              <w:rStyle w:val="s2"/>
              <w:rFonts w:ascii="Apple Symbols" w:hAnsi="Apple Symbols" w:cs="Apple Symbols"/>
            </w:rPr>
            <w:t>‬</w:t>
          </w:r>
          <w:bdo w:val="ltr">
            <w:r>
              <w:rPr>
                <w:rStyle w:val="s2"/>
              </w:rPr>
              <w:t xml:space="preserve"> colleagues. I</w:t>
            </w:r>
            <w:r>
              <w:rPr>
                <w:rStyle w:val="s2"/>
                <w:rFonts w:ascii="Apple Symbols" w:hAnsi="Apple Symbols" w:cs="Apple Symbols"/>
              </w:rPr>
              <w:t>‬</w:t>
            </w:r>
          </w:bdo>
        </w:bdo>
      </w:bdo>
    </w:p>
    <w:p w14:paraId="7CF5B17A" w14:textId="77777777" w:rsidR="006F05BB" w:rsidRDefault="006F05BB">
      <w:pPr>
        <w:pStyle w:val="p1"/>
      </w:pPr>
      <w:bdo w:val="ltr">
        <w:r>
          <w:rPr>
            <w:rStyle w:val="s2"/>
          </w:rPr>
          <w:t xml:space="preserve"> actually wasn't planning to talk much today after the rules debate and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78A687CF" w14:textId="77777777" w:rsidR="006F05BB" w:rsidRDefault="006F05BB">
      <w:pPr>
        <w:pStyle w:val="p1"/>
      </w:pPr>
      <w:bdo w:val="ltr">
        <w:r>
          <w:rPr>
            <w:rStyle w:val="s2"/>
          </w:rPr>
          <w:t xml:space="preserve"> LB16 yesterday. But then I was delighted to see that the Speaker had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27B4FF05" w14:textId="77777777" w:rsidR="006F05BB" w:rsidRDefault="006F05BB">
      <w:pPr>
        <w:pStyle w:val="p1"/>
      </w:pPr>
      <w:bdo w:val="ltr">
        <w:r>
          <w:rPr>
            <w:rStyle w:val="s2"/>
          </w:rPr>
          <w:t xml:space="preserve"> put our Government Committee bill, LB43, on the agenda. And I will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65A82F2B" w14:textId="77777777" w:rsidR="006F05BB" w:rsidRDefault="006F05BB">
      <w:pPr>
        <w:pStyle w:val="p1"/>
      </w:pPr>
      <w:bdo w:val="ltr">
        <w:r>
          <w:rPr>
            <w:rStyle w:val="s2"/>
          </w:rPr>
          <w:t xml:space="preserve"> tell you, it is a distinct honor and joy to work with my colleagues on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002661FC" w14:textId="77777777" w:rsidR="006F05BB" w:rsidRDefault="006F05BB">
      <w:pPr>
        <w:pStyle w:val="p1"/>
      </w:pPr>
      <w:bdo w:val="ltr">
        <w:r>
          <w:rPr>
            <w:rStyle w:val="s2"/>
          </w:rPr>
          <w:t xml:space="preserve"> the Government, Veterans and Military Affairs Committee [SIC] under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5B89C076" w14:textId="77777777" w:rsidR="006F05BB" w:rsidRDefault="006F05BB">
      <w:pPr>
        <w:pStyle w:val="p1"/>
      </w:pPr>
      <w:bdo w:val="ltr">
        <w:r>
          <w:rPr>
            <w:rStyle w:val="s2"/>
          </w:rPr>
          <w:t xml:space="preserve"> the leadership of my friend Senator Tom Brewer. And like most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4EA94662" w14:textId="77777777" w:rsidR="006F05BB" w:rsidRDefault="006F05BB">
      <w:pPr>
        <w:pStyle w:val="p1"/>
      </w:pPr>
      <w:bdo w:val="ltr">
        <w:r>
          <w:rPr>
            <w:rStyle w:val="s2"/>
          </w:rPr>
          <w:t xml:space="preserve"> committees in this body, if you look at the membership, of course, not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4EFE0BD2" w14:textId="77777777" w:rsidR="006F05BB" w:rsidRDefault="006F05BB">
      <w:pPr>
        <w:pStyle w:val="p1"/>
      </w:pPr>
      <w:bdo w:val="ltr">
        <w:r>
          <w:rPr>
            <w:rStyle w:val="s2"/>
          </w:rPr>
          <w:t xml:space="preserve"> only is there a diversity in terms of where we hail from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0318588D" w14:textId="77777777" w:rsidR="006F05BB" w:rsidRDefault="006F05BB">
      <w:pPr>
        <w:pStyle w:val="p1"/>
      </w:pPr>
      <w:bdo w:val="ltr">
        <w:r>
          <w:rPr>
            <w:rStyle w:val="s2"/>
          </w:rPr>
          <w:t xml:space="preserve"> geographically, but from an ideological perspective, from a political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5809C3DB" w14:textId="77777777" w:rsidR="006F05BB" w:rsidRDefault="006F05BB">
      <w:pPr>
        <w:pStyle w:val="p1"/>
      </w:pPr>
      <w:bdo w:val="ltr">
        <w:r>
          <w:rPr>
            <w:rStyle w:val="s2"/>
          </w:rPr>
          <w:t xml:space="preserve"> philosophy perspective is an incredibly diverse committee, and it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09AB8FF7" w14:textId="77777777" w:rsidR="006F05BB" w:rsidRDefault="006F05BB">
      <w:pPr>
        <w:pStyle w:val="p1"/>
      </w:pPr>
      <w:bdo w:val="ltr">
        <w:r>
          <w:rPr>
            <w:rStyle w:val="s2"/>
          </w:rPr>
          <w:t xml:space="preserve"> makes for some really excellent dialogue and debate at the committee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15BEB453" w14:textId="77777777" w:rsidR="006F05BB" w:rsidRDefault="006F05BB">
      <w:pPr>
        <w:pStyle w:val="p1"/>
      </w:pPr>
      <w:bdo w:val="ltr">
        <w:r>
          <w:rPr>
            <w:rStyle w:val="s2"/>
          </w:rPr>
          <w:t xml:space="preserve"> level and in our internal Executive Sessions as well. And so, first of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50189377" w14:textId="77777777" w:rsidR="006F05BB" w:rsidRDefault="006F05BB">
      <w:pPr>
        <w:pStyle w:val="p1"/>
      </w:pPr>
      <w:bdo w:val="ltr">
        <w:r>
          <w:rPr>
            <w:rStyle w:val="s2"/>
          </w:rPr>
          <w:t xml:space="preserve"> all, on that note, I'd encourage you, colleagues, to look at the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59DE28BA" w14:textId="77777777" w:rsidR="006F05BB" w:rsidRDefault="006F05BB">
      <w:pPr>
        <w:pStyle w:val="p1"/>
      </w:pPr>
      <w:bdo w:val="ltr">
        <w:r>
          <w:rPr>
            <w:rStyle w:val="s2"/>
          </w:rPr>
          <w:t xml:space="preserve"> committee statement for LB43 and look at the diversity and strong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3ACD4202" w14:textId="77777777" w:rsidR="006F05BB" w:rsidRDefault="006F05BB">
      <w:pPr>
        <w:pStyle w:val="p1"/>
      </w:pPr>
      <w:bdo w:val="ltr">
        <w:r>
          <w:rPr>
            <w:rStyle w:val="s2"/>
          </w:rPr>
          <w:t xml:space="preserve"> support from myself and colleagues across the state and the political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6F6A29C7" w14:textId="77777777" w:rsidR="006F05BB" w:rsidRDefault="006F05BB">
      <w:pPr>
        <w:pStyle w:val="p2"/>
      </w:pPr>
      <w:bdo w:val="ltr">
        <w:r>
          <w:rPr>
            <w:rStyle w:val="s3"/>
          </w:rPr>
          <w:t xml:space="preserve"> 18</w:t>
        </w:r>
        <w:r>
          <w:rPr>
            <w:rStyle w:val="s3"/>
          </w:rPr>
          <w:t>‬</w:t>
        </w:r>
        <w:bdo w:val="ltr">
          <w:r>
            <w:rPr>
              <w:rStyle w:val="s3"/>
            </w:rPr>
            <w:t xml:space="preserve"> of</w:t>
          </w:r>
          <w:r>
            <w:rPr>
              <w:rStyle w:val="s3"/>
            </w:rPr>
            <w:t>‬</w:t>
          </w:r>
          <w:bdo w:val="ltr">
            <w:r>
              <w:rPr>
                <w:rStyle w:val="s3"/>
              </w:rPr>
              <w:t xml:space="preserve"> 49</w:t>
            </w:r>
            <w:r>
              <w:rPr>
                <w:rStyle w:val="s3"/>
              </w:rPr>
              <w:t>‬</w:t>
            </w:r>
            <w:bdo w:val="ltr">
              <w:r>
                <w:rPr>
                  <w:rStyle w:val="s3"/>
                </w:rPr>
                <w:t xml:space="preserve"> Transcript Prepared by Clerk of the Legislature Transcribers Office</w:t>
              </w:r>
              <w:r>
                <w:rPr>
                  <w:rStyle w:val="s3"/>
                </w:rPr>
                <w:t>‬</w:t>
              </w:r>
            </w:bdo>
          </w:bdo>
        </w:bdo>
      </w:bdo>
    </w:p>
    <w:p w14:paraId="56D1BC71" w14:textId="77777777" w:rsidR="006F05BB" w:rsidRDefault="006F05BB">
      <w:pPr>
        <w:pStyle w:val="p2"/>
      </w:pPr>
      <w:bdo w:val="ltr">
        <w:r>
          <w:rPr>
            <w:rStyle w:val="s3"/>
          </w:rPr>
          <w:t xml:space="preserve"> Floor Debate January 23, 2024</w:t>
        </w:r>
        <w:r>
          <w:rPr>
            <w:rStyle w:val="s3"/>
          </w:rPr>
          <w:t>‬</w:t>
        </w:r>
      </w:bdo>
    </w:p>
    <w:p w14:paraId="47370C59" w14:textId="77777777" w:rsidR="006F05BB" w:rsidRDefault="006F05BB">
      <w:pPr>
        <w:pStyle w:val="p1"/>
      </w:pPr>
      <w:bdo w:val="ltr">
        <w:r>
          <w:rPr>
            <w:rStyle w:val="s2"/>
          </w:rPr>
          <w:t xml:space="preserve"> spectrum in support of this measure and its component parts. The other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25E18F3F" w14:textId="77777777" w:rsidR="006F05BB" w:rsidRDefault="006F05BB">
      <w:pPr>
        <w:pStyle w:val="p1"/>
      </w:pPr>
      <w:bdo w:val="ltr">
        <w:r>
          <w:rPr>
            <w:rStyle w:val="s2"/>
          </w:rPr>
          <w:t xml:space="preserve"> thing, before we get into the minutia of important legal and policy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5941205A" w14:textId="77777777" w:rsidR="006F05BB" w:rsidRDefault="006F05BB">
      <w:pPr>
        <w:pStyle w:val="p1"/>
      </w:pPr>
      <w:bdo w:val="ltr">
        <w:r>
          <w:rPr>
            <w:rStyle w:val="s2"/>
          </w:rPr>
          <w:t xml:space="preserve"> issues that I want to kind of help set the table with is, what I see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32830CF0" w14:textId="77777777" w:rsidR="006F05BB" w:rsidRDefault="006F05BB">
      <w:pPr>
        <w:pStyle w:val="p1"/>
      </w:pPr>
      <w:bdo w:val="ltr">
        <w:r>
          <w:rPr>
            <w:rStyle w:val="s2"/>
          </w:rPr>
          <w:t xml:space="preserve"> in this Government Committee package is the through line or the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689430C5" w14:textId="77777777" w:rsidR="006F05BB" w:rsidRDefault="006F05BB">
      <w:pPr>
        <w:pStyle w:val="p1"/>
      </w:pPr>
      <w:bdo w:val="ltr">
        <w:r>
          <w:rPr>
            <w:rStyle w:val="s2"/>
          </w:rPr>
          <w:t xml:space="preserve"> connection of the disparate parts, the connection of those dots is an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181FF0C0" w14:textId="77777777" w:rsidR="006F05BB" w:rsidRDefault="006F05BB">
      <w:pPr>
        <w:pStyle w:val="p1"/>
      </w:pPr>
      <w:bdo w:val="ltr">
        <w:r>
          <w:rPr>
            <w:rStyle w:val="s2"/>
          </w:rPr>
          <w:t xml:space="preserve"> effort by the Government Committee to reset the balance, to "</w:t>
        </w:r>
        <w:proofErr w:type="spellStart"/>
        <w:r>
          <w:rPr>
            <w:rStyle w:val="s2"/>
          </w:rPr>
          <w:t>retip</w:t>
        </w:r>
        <w:proofErr w:type="spellEnd"/>
        <w:r>
          <w:rPr>
            <w:rStyle w:val="s2"/>
          </w:rPr>
          <w:t>"</w:t>
        </w:r>
      </w:bdo>
    </w:p>
    <w:p w14:paraId="1C63C0E8" w14:textId="77777777" w:rsidR="006F05BB" w:rsidRDefault="006F05BB">
      <w:pPr>
        <w:pStyle w:val="p1"/>
      </w:pPr>
      <w:bdo w:val="ltr">
        <w:r>
          <w:rPr>
            <w:rStyle w:val="s2"/>
          </w:rPr>
          <w:t xml:space="preserve"> the scales in the right direction towards individual rights, personal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39EC3EE0" w14:textId="77777777" w:rsidR="006F05BB" w:rsidRDefault="006F05BB">
      <w:pPr>
        <w:pStyle w:val="p1"/>
      </w:pPr>
      <w:bdo w:val="ltr">
        <w:r>
          <w:rPr>
            <w:rStyle w:val="s2"/>
          </w:rPr>
          <w:t xml:space="preserve"> freedom, and personal liberty, and away from big government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3734F2DD" w14:textId="77777777" w:rsidR="006F05BB" w:rsidRDefault="006F05BB">
      <w:pPr>
        <w:pStyle w:val="p1"/>
      </w:pPr>
      <w:bdo w:val="ltr">
        <w:r>
          <w:rPr>
            <w:rStyle w:val="s2"/>
          </w:rPr>
          <w:t xml:space="preserve"> gatekeeping and bureaucracy. So that's kind of the through line that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0555D9D0" w14:textId="77777777" w:rsidR="006F05BB" w:rsidRDefault="006F05BB">
      <w:pPr>
        <w:pStyle w:val="p1"/>
      </w:pPr>
      <w:bdo w:val="ltr">
        <w:r>
          <w:rPr>
            <w:rStyle w:val="s2"/>
          </w:rPr>
          <w:t xml:space="preserve"> I'm thinking about when I look at what LB43 does in terms of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4991A5A7" w14:textId="77777777" w:rsidR="006F05BB" w:rsidRDefault="006F05BB">
      <w:pPr>
        <w:pStyle w:val="p1"/>
      </w:pPr>
      <w:bdo w:val="ltr">
        <w:r>
          <w:rPr>
            <w:rStyle w:val="s2"/>
          </w:rPr>
          <w:t xml:space="preserve"> instituting and establishing a clear personal liberty lens in APA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738CCE22" w14:textId="77777777" w:rsidR="006F05BB" w:rsidRDefault="006F05BB">
      <w:pPr>
        <w:pStyle w:val="p1"/>
      </w:pPr>
      <w:bdo w:val="ltr">
        <w:r>
          <w:rPr>
            <w:rStyle w:val="s2"/>
          </w:rPr>
          <w:t xml:space="preserve"> practice. When I look at the amendment that covers the components of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7BCCDFB7" w14:textId="77777777" w:rsidR="006F05BB" w:rsidRDefault="006F05BB">
      <w:pPr>
        <w:pStyle w:val="p1"/>
      </w:pPr>
      <w:bdo w:val="ltr">
        <w:r>
          <w:rPr>
            <w:rStyle w:val="s2"/>
          </w:rPr>
          <w:t xml:space="preserve"> my public records reform measures that put stronger tools in the hands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7DAF68F0" w14:textId="77777777" w:rsidR="006F05BB" w:rsidRDefault="006F05BB">
      <w:pPr>
        <w:pStyle w:val="p1"/>
      </w:pPr>
      <w:bdo w:val="ltr">
        <w:r>
          <w:rPr>
            <w:rStyle w:val="s2"/>
          </w:rPr>
          <w:t xml:space="preserve"> of citizens to hold their government accountable. When I look at the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4D59A9F6" w14:textId="77777777" w:rsidR="006F05BB" w:rsidRDefault="006F05BB">
      <w:pPr>
        <w:pStyle w:val="p1"/>
      </w:pPr>
      <w:bdo w:val="ltr">
        <w:r>
          <w:rPr>
            <w:rStyle w:val="s2"/>
          </w:rPr>
          <w:t xml:space="preserve"> other measures that Senator, my friend Senator Ben Hansen brought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03DA1611" w14:textId="77777777" w:rsidR="006F05BB" w:rsidRDefault="006F05BB">
      <w:pPr>
        <w:pStyle w:val="p1"/>
      </w:pPr>
      <w:bdo w:val="ltr">
        <w:r>
          <w:rPr>
            <w:rStyle w:val="s2"/>
          </w:rPr>
          <w:t xml:space="preserve"> forward to ensure personal privacy and donor privacy for those who are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608D3987" w14:textId="77777777" w:rsidR="006F05BB" w:rsidRDefault="006F05BB">
      <w:pPr>
        <w:pStyle w:val="p1"/>
      </w:pPr>
      <w:bdo w:val="ltr">
        <w:r>
          <w:rPr>
            <w:rStyle w:val="s2"/>
          </w:rPr>
          <w:t xml:space="preserve"> exercising their First Amendment rights to associate, to give to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24E4E874" w14:textId="77777777" w:rsidR="006F05BB" w:rsidRDefault="006F05BB">
      <w:pPr>
        <w:pStyle w:val="p1"/>
      </w:pPr>
      <w:bdo w:val="ltr">
        <w:r>
          <w:rPr>
            <w:rStyle w:val="s2"/>
          </w:rPr>
          <w:t xml:space="preserve"> charitable organizations, and to ensure that there's not undue or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7CB68001" w14:textId="77777777" w:rsidR="006F05BB" w:rsidRDefault="006F05BB">
      <w:pPr>
        <w:pStyle w:val="p1"/>
      </w:pPr>
      <w:bdo w:val="ltr">
        <w:r>
          <w:rPr>
            <w:rStyle w:val="s2"/>
          </w:rPr>
          <w:t xml:space="preserve"> unnecessary or even punitive reports or other matters put on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0059ACB7" w14:textId="77777777" w:rsidR="006F05BB" w:rsidRDefault="006F05BB">
      <w:pPr>
        <w:pStyle w:val="p1"/>
      </w:pPr>
      <w:bdo w:val="ltr">
        <w:r>
          <w:rPr>
            <w:rStyle w:val="s2"/>
          </w:rPr>
          <w:t xml:space="preserve"> nonprofits in regards to how they go about pursuing their mission,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0B438FD2" w14:textId="77777777" w:rsidR="006F05BB" w:rsidRDefault="006F05BB">
      <w:pPr>
        <w:pStyle w:val="p1"/>
      </w:pPr>
      <w:bdo w:val="ltr">
        <w:r>
          <w:rPr>
            <w:rStyle w:val="s2"/>
          </w:rPr>
          <w:t xml:space="preserve"> which may include advocacy, of course. So I think that there really is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39F12CA1" w14:textId="77777777" w:rsidR="006F05BB" w:rsidRDefault="006F05BB">
      <w:pPr>
        <w:pStyle w:val="p1"/>
      </w:pPr>
      <w:bdo w:val="ltr">
        <w:r>
          <w:rPr>
            <w:rStyle w:val="s2"/>
          </w:rPr>
          <w:t xml:space="preserve"> a lot of moving parts in this committee amendment. I think on the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7449ED53" w14:textId="77777777" w:rsidR="006F05BB" w:rsidRDefault="006F05BB">
      <w:pPr>
        <w:pStyle w:val="p1"/>
      </w:pPr>
      <w:bdo w:val="ltr">
        <w:r>
          <w:rPr>
            <w:rStyle w:val="s2"/>
          </w:rPr>
          <w:t xml:space="preserve"> whole, it is very strong and very smart, and it resets the right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532279B2" w14:textId="77777777" w:rsidR="006F05BB" w:rsidRDefault="006F05BB">
      <w:pPr>
        <w:pStyle w:val="p1"/>
      </w:pPr>
      <w:bdo w:val="ltr">
        <w:r>
          <w:rPr>
            <w:rStyle w:val="s2"/>
          </w:rPr>
          <w:t xml:space="preserve"> balance to individual rights and liberties. I expect that we will have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6CA374C2" w14:textId="77777777" w:rsidR="006F05BB" w:rsidRDefault="006F05BB">
      <w:pPr>
        <w:pStyle w:val="p1"/>
      </w:pPr>
      <w:bdo w:val="ltr">
        <w:r>
          <w:rPr>
            <w:rStyle w:val="s2"/>
          </w:rPr>
          <w:t xml:space="preserve"> a serious and legitimate and important debate when it comes to aspects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55C3212C" w14:textId="77777777" w:rsidR="006F05BB" w:rsidRDefault="006F05BB">
      <w:pPr>
        <w:pStyle w:val="p1"/>
      </w:pPr>
      <w:bdo w:val="ltr">
        <w:r>
          <w:rPr>
            <w:rStyle w:val="s2"/>
          </w:rPr>
          <w:t xml:space="preserve"> of the First Freedom Act. And I will note just at the outset, there--</w:t>
        </w:r>
      </w:bdo>
    </w:p>
    <w:p w14:paraId="39DC8800" w14:textId="77777777" w:rsidR="006F05BB" w:rsidRDefault="006F05BB">
      <w:pPr>
        <w:pStyle w:val="p1"/>
      </w:pPr>
      <w:bdo w:val="ltr">
        <w:r>
          <w:rPr>
            <w:rStyle w:val="s2"/>
          </w:rPr>
          <w:t xml:space="preserve"> this is one of the most controversial and complex areas of the law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5C5A3ADF" w14:textId="77777777" w:rsidR="006F05BB" w:rsidRDefault="006F05BB">
      <w:pPr>
        <w:pStyle w:val="p1"/>
      </w:pPr>
      <w:bdo w:val="ltr">
        <w:r>
          <w:rPr>
            <w:rStyle w:val="s2"/>
          </w:rPr>
          <w:t xml:space="preserve"> that has evolved over our history on the federal level, on the state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0C9152CF" w14:textId="77777777" w:rsidR="006F05BB" w:rsidRDefault="006F05BB">
      <w:pPr>
        <w:pStyle w:val="p1"/>
      </w:pPr>
      <w:bdo w:val="ltr">
        <w:r>
          <w:rPr>
            <w:rStyle w:val="s2"/>
          </w:rPr>
          <w:t xml:space="preserve"> level, in the state courts, at the federal--in the federal courts. And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3E2281DA" w14:textId="77777777" w:rsidR="006F05BB" w:rsidRDefault="006F05BB">
      <w:pPr>
        <w:pStyle w:val="p1"/>
      </w:pPr>
      <w:bdo w:val="ltr">
        <w:r>
          <w:rPr>
            <w:rStyle w:val="s2"/>
          </w:rPr>
          <w:t xml:space="preserve"> there's not a lot of easy answers here, but I think--</w:t>
        </w:r>
      </w:bdo>
    </w:p>
    <w:p w14:paraId="4CDC59F1" w14:textId="77777777" w:rsidR="006F05BB" w:rsidRDefault="006F05BB">
      <w:pPr>
        <w:pStyle w:val="p1"/>
      </w:pPr>
      <w:bdo w:val="ltr">
        <w:r>
          <w:rPr>
            <w:rStyle w:val="s1"/>
          </w:rPr>
          <w:t xml:space="preserve"> KELLY:</w:t>
        </w:r>
        <w:r>
          <w:rPr>
            <w:rStyle w:val="s1"/>
            <w:rFonts w:ascii="Apple Symbols" w:hAnsi="Apple Symbols" w:cs="Apple Symbols"/>
          </w:rPr>
          <w:t>‬</w:t>
        </w:r>
        <w:bdo w:val="ltr">
          <w:r>
            <w:rPr>
              <w:rStyle w:val="s2"/>
            </w:rPr>
            <w:t xml:space="preserve"> One minute.</w:t>
          </w:r>
          <w:r>
            <w:rPr>
              <w:rStyle w:val="s2"/>
              <w:rFonts w:ascii="Apple Symbols" w:hAnsi="Apple Symbols" w:cs="Apple Symbols"/>
            </w:rPr>
            <w:t>‬</w:t>
          </w:r>
        </w:bdo>
      </w:bdo>
    </w:p>
    <w:p w14:paraId="3C7352E9" w14:textId="77777777" w:rsidR="006F05BB" w:rsidRDefault="006F05BB">
      <w:pPr>
        <w:pStyle w:val="p1"/>
      </w:pPr>
      <w:r>
        <w:rPr>
          <w:rStyle w:val="s2"/>
          <w:rFonts w:ascii="Apple Symbols" w:hAnsi="Apple Symbols" w:cs="Apple Symbols"/>
        </w:rPr>
        <w:t>‬</w:t>
      </w:r>
    </w:p>
    <w:p w14:paraId="2F407EC0" w14:textId="77777777" w:rsidR="006F05BB" w:rsidRDefault="006F05BB">
      <w:pPr>
        <w:pStyle w:val="p1"/>
      </w:pPr>
      <w:r>
        <w:rPr>
          <w:rStyle w:val="s2"/>
          <w:rFonts w:ascii="Apple Symbols" w:hAnsi="Apple Symbols" w:cs="Apple Symbols"/>
        </w:rPr>
        <w:t>‬</w:t>
      </w:r>
    </w:p>
    <w:p w14:paraId="584B57E0" w14:textId="77777777" w:rsidR="006F05BB" w:rsidRDefault="006F05BB">
      <w:pPr>
        <w:pStyle w:val="p1"/>
      </w:pPr>
      <w:r>
        <w:rPr>
          <w:rStyle w:val="s2"/>
          <w:rFonts w:ascii="Apple Symbols" w:hAnsi="Apple Symbols" w:cs="Apple Symbols"/>
        </w:rPr>
        <w:t>‬</w:t>
      </w:r>
    </w:p>
    <w:p w14:paraId="5D771B31" w14:textId="77777777" w:rsidR="006F05BB" w:rsidRDefault="006F05BB">
      <w:pPr>
        <w:pStyle w:val="p1"/>
      </w:pPr>
      <w:bdo w:val="ltr">
        <w:r>
          <w:rPr>
            <w:rStyle w:val="s1"/>
          </w:rPr>
          <w:t xml:space="preserve"> CONRAD:</w:t>
        </w:r>
        <w:r>
          <w:rPr>
            <w:rStyle w:val="s1"/>
            <w:rFonts w:ascii="Apple Symbols" w:hAnsi="Apple Symbols" w:cs="Apple Symbols"/>
          </w:rPr>
          <w:t>‬</w:t>
        </w:r>
        <w:bdo w:val="ltr"/>
      </w:bdo>
    </w:p>
    <w:p w14:paraId="3D5B1971" w14:textId="77777777" w:rsidR="006F05BB" w:rsidRDefault="006F05BB">
      <w:pPr>
        <w:pStyle w:val="p1"/>
      </w:pPr>
      <w:r>
        <w:rPr>
          <w:rStyle w:val="s2"/>
        </w:rPr>
        <w:t>--we're going to do our best-- thank you,</w:t>
      </w:r>
      <w:r>
        <w:rPr>
          <w:rStyle w:val="s2"/>
          <w:rFonts w:ascii="Apple Symbols" w:hAnsi="Apple Symbols" w:cs="Apple Symbols"/>
        </w:rPr>
        <w:t>‬</w:t>
      </w:r>
      <w:bdo w:val="ltr">
        <w:r>
          <w:rPr>
            <w:rStyle w:val="s2"/>
          </w:rPr>
          <w:t xml:space="preserve"> Mr. President-- to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6AEBDA71" w14:textId="77777777" w:rsidR="006F05BB" w:rsidRDefault="006F05BB">
      <w:pPr>
        <w:pStyle w:val="p1"/>
      </w:pPr>
      <w:bdo w:val="ltr">
        <w:r>
          <w:rPr>
            <w:rStyle w:val="s2"/>
          </w:rPr>
          <w:t xml:space="preserve"> sort it out together. I think one of the important takeaways that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75280B72" w14:textId="77777777" w:rsidR="006F05BB" w:rsidRDefault="006F05BB">
      <w:pPr>
        <w:pStyle w:val="p1"/>
      </w:pPr>
      <w:bdo w:val="ltr">
        <w:r>
          <w:rPr>
            <w:rStyle w:val="s2"/>
          </w:rPr>
          <w:t xml:space="preserve"> people should think about when they're looking at the First Freedom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1C4C11EC" w14:textId="77777777" w:rsidR="006F05BB" w:rsidRDefault="006F05BB">
      <w:pPr>
        <w:pStyle w:val="p1"/>
      </w:pPr>
      <w:bdo w:val="ltr">
        <w:r>
          <w:rPr>
            <w:rStyle w:val="s2"/>
          </w:rPr>
          <w:t xml:space="preserve"> Act is how Religious Freedom Restoration Act historically have been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2D5847CD" w14:textId="77777777" w:rsidR="006F05BB" w:rsidRDefault="006F05BB">
      <w:pPr>
        <w:pStyle w:val="p1"/>
      </w:pPr>
      <w:bdo w:val="ltr">
        <w:r>
          <w:rPr>
            <w:rStyle w:val="s2"/>
          </w:rPr>
          <w:t xml:space="preserve"> used to protect those who exercised a, quote unquote, minority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2EC75EBD" w14:textId="77777777" w:rsidR="006F05BB" w:rsidRDefault="006F05BB">
      <w:pPr>
        <w:pStyle w:val="p1"/>
      </w:pPr>
      <w:bdo w:val="ltr">
        <w:r>
          <w:rPr>
            <w:rStyle w:val="s2"/>
          </w:rPr>
          <w:t xml:space="preserve"> religion, whether that's Hindu, whether that's Muslim, whether that's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318A3547" w14:textId="77777777" w:rsidR="006F05BB" w:rsidRDefault="006F05BB">
      <w:pPr>
        <w:pStyle w:val="p1"/>
      </w:pPr>
      <w:bdo w:val="ltr">
        <w:r>
          <w:rPr>
            <w:rStyle w:val="s2"/>
          </w:rPr>
          <w:t xml:space="preserve"> Jewish, whether that's Indigenous religions. And that has been really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1E2ABC9C" w14:textId="77777777" w:rsidR="006F05BB" w:rsidRDefault="006F05BB">
      <w:pPr>
        <w:pStyle w:val="p1"/>
      </w:pPr>
      <w:bdo w:val="ltr">
        <w:r>
          <w:rPr>
            <w:rStyle w:val="s2"/>
          </w:rPr>
          <w:t xml:space="preserve"> the primary utilization of those acts. Now, of course, due to recent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68928203" w14:textId="77777777" w:rsidR="006F05BB" w:rsidRDefault="006F05BB">
      <w:pPr>
        <w:pStyle w:val="p1"/>
      </w:pPr>
      <w:bdo w:val="ltr">
        <w:r>
          <w:rPr>
            <w:rStyle w:val="s2"/>
          </w:rPr>
          <w:t xml:space="preserve"> controversies, it does spark concern for some issues related to LGBTQ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5792A905" w14:textId="77777777" w:rsidR="006F05BB" w:rsidRDefault="006F05BB">
      <w:pPr>
        <w:pStyle w:val="p1"/>
      </w:pPr>
      <w:bdo w:val="ltr">
        <w:r>
          <w:rPr>
            <w:rStyle w:val="s2"/>
          </w:rPr>
          <w:t xml:space="preserve"> rights or other aspects of civil rights. But I'm happy to be a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306B0F4A" w14:textId="77777777" w:rsidR="006F05BB" w:rsidRDefault="006F05BB">
      <w:pPr>
        <w:pStyle w:val="p1"/>
      </w:pPr>
      <w:bdo w:val="ltr">
        <w:r>
          <w:rPr>
            <w:rStyle w:val="s2"/>
          </w:rPr>
          <w:t xml:space="preserve"> productive member of the discussion, answer questions on or off the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163667FF" w14:textId="77777777" w:rsidR="006F05BB" w:rsidRDefault="006F05BB">
      <w:pPr>
        <w:pStyle w:val="p1"/>
      </w:pPr>
      <w:bdo w:val="ltr">
        <w:r>
          <w:rPr>
            <w:rStyle w:val="s2"/>
          </w:rPr>
          <w:t xml:space="preserve"> mic, and look forward to a great debate. Thank you.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40405A82" w14:textId="77777777" w:rsidR="006F05BB" w:rsidRDefault="006F05BB">
      <w:pPr>
        <w:pStyle w:val="p2"/>
      </w:pPr>
      <w:bdo w:val="ltr">
        <w:r>
          <w:rPr>
            <w:rStyle w:val="s3"/>
          </w:rPr>
          <w:t xml:space="preserve"> 19</w:t>
        </w:r>
        <w:r>
          <w:rPr>
            <w:rStyle w:val="s3"/>
          </w:rPr>
          <w:t>‬</w:t>
        </w:r>
        <w:bdo w:val="ltr">
          <w:r>
            <w:rPr>
              <w:rStyle w:val="s3"/>
            </w:rPr>
            <w:t xml:space="preserve"> of</w:t>
          </w:r>
          <w:r>
            <w:rPr>
              <w:rStyle w:val="s3"/>
            </w:rPr>
            <w:t>‬</w:t>
          </w:r>
          <w:bdo w:val="ltr">
            <w:r>
              <w:rPr>
                <w:rStyle w:val="s3"/>
              </w:rPr>
              <w:t xml:space="preserve"> 49</w:t>
            </w:r>
            <w:r>
              <w:rPr>
                <w:rStyle w:val="s3"/>
              </w:rPr>
              <w:t>‬</w:t>
            </w:r>
            <w:bdo w:val="ltr">
              <w:r>
                <w:rPr>
                  <w:rStyle w:val="s3"/>
                </w:rPr>
                <w:t xml:space="preserve"> Transcript Prepared by Clerk of the Legislature Transcribers Office</w:t>
              </w:r>
              <w:r>
                <w:rPr>
                  <w:rStyle w:val="s3"/>
                </w:rPr>
                <w:t>‬</w:t>
              </w:r>
            </w:bdo>
          </w:bdo>
        </w:bdo>
      </w:bdo>
    </w:p>
    <w:p w14:paraId="7FDD01E4" w14:textId="77777777" w:rsidR="006F05BB" w:rsidRDefault="006F05BB">
      <w:pPr>
        <w:pStyle w:val="p2"/>
      </w:pPr>
      <w:bdo w:val="ltr">
        <w:r>
          <w:rPr>
            <w:rStyle w:val="s3"/>
          </w:rPr>
          <w:t xml:space="preserve"> Floor Debate January 23, 2024</w:t>
        </w:r>
        <w:r>
          <w:rPr>
            <w:rStyle w:val="s3"/>
          </w:rPr>
          <w:t>‬</w:t>
        </w:r>
      </w:bdo>
    </w:p>
    <w:p w14:paraId="5C9E91C5" w14:textId="77777777" w:rsidR="006F05BB" w:rsidRDefault="006F05BB">
      <w:pPr>
        <w:pStyle w:val="p1"/>
      </w:pPr>
      <w:bdo w:val="ltr">
        <w:r>
          <w:rPr>
            <w:rStyle w:val="s1"/>
          </w:rPr>
          <w:t xml:space="preserve"> KELLY:</w:t>
        </w:r>
        <w:r>
          <w:rPr>
            <w:rStyle w:val="s1"/>
            <w:rFonts w:ascii="Apple Symbols" w:hAnsi="Apple Symbols" w:cs="Apple Symbols"/>
          </w:rPr>
          <w:t>‬</w:t>
        </w:r>
        <w:bdo w:val="ltr">
          <w:r>
            <w:rPr>
              <w:rStyle w:val="s2"/>
            </w:rPr>
            <w:t xml:space="preserve"> Thank you, Senator Conrad. Senator </w:t>
          </w:r>
          <w:proofErr w:type="spellStart"/>
          <w:r>
            <w:rPr>
              <w:rStyle w:val="s2"/>
            </w:rPr>
            <w:t>Dungan</w:t>
          </w:r>
          <w:proofErr w:type="spellEnd"/>
          <w:r>
            <w:rPr>
              <w:rStyle w:val="s2"/>
            </w:rPr>
            <w:t>, you're recognized to</w:t>
          </w:r>
          <w:r>
            <w:rPr>
              <w:rStyle w:val="s2"/>
              <w:rFonts w:ascii="Apple Symbols" w:hAnsi="Apple Symbols" w:cs="Apple Symbols"/>
            </w:rPr>
            <w:t>‬</w:t>
          </w:r>
        </w:bdo>
      </w:bdo>
    </w:p>
    <w:p w14:paraId="4A4B1BD7" w14:textId="77777777" w:rsidR="006F05BB" w:rsidRDefault="006F05BB">
      <w:pPr>
        <w:pStyle w:val="p1"/>
      </w:pPr>
      <w:bdo w:val="ltr">
        <w:r>
          <w:rPr>
            <w:rStyle w:val="s2"/>
          </w:rPr>
          <w:t xml:space="preserve"> speak.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3E77E8D0" w14:textId="77777777" w:rsidR="006F05BB" w:rsidRDefault="006F05BB">
      <w:pPr>
        <w:pStyle w:val="p1"/>
      </w:pPr>
      <w:bdo w:val="ltr">
        <w:r>
          <w:rPr>
            <w:rStyle w:val="s1"/>
          </w:rPr>
          <w:t xml:space="preserve"> DUNGAN:</w:t>
        </w:r>
        <w:r>
          <w:rPr>
            <w:rStyle w:val="s1"/>
            <w:rFonts w:ascii="Apple Symbols" w:hAnsi="Apple Symbols" w:cs="Apple Symbols"/>
          </w:rPr>
          <w:t>‬</w:t>
        </w:r>
        <w:bdo w:val="ltr">
          <w:r>
            <w:rPr>
              <w:rStyle w:val="s2"/>
            </w:rPr>
            <w:t xml:space="preserve"> Thank you, Mr. President, and good morning,</w:t>
          </w:r>
          <w:r>
            <w:rPr>
              <w:rStyle w:val="s2"/>
              <w:rFonts w:ascii="Apple Symbols" w:hAnsi="Apple Symbols" w:cs="Apple Symbols"/>
            </w:rPr>
            <w:t>‬</w:t>
          </w:r>
          <w:bdo w:val="ltr">
            <w:r>
              <w:rPr>
                <w:rStyle w:val="s2"/>
              </w:rPr>
              <w:t xml:space="preserve"> colleagues. I do</w:t>
            </w:r>
            <w:r>
              <w:rPr>
                <w:rStyle w:val="s2"/>
                <w:rFonts w:ascii="Apple Symbols" w:hAnsi="Apple Symbols" w:cs="Apple Symbols"/>
              </w:rPr>
              <w:t>‬</w:t>
            </w:r>
          </w:bdo>
        </w:bdo>
      </w:bdo>
    </w:p>
    <w:p w14:paraId="192B4802" w14:textId="77777777" w:rsidR="006F05BB" w:rsidRDefault="006F05BB">
      <w:pPr>
        <w:pStyle w:val="p1"/>
      </w:pPr>
      <w:bdo w:val="ltr">
        <w:r>
          <w:rPr>
            <w:rStyle w:val="s2"/>
          </w:rPr>
          <w:t xml:space="preserve"> rise in support of Senator John </w:t>
        </w:r>
        <w:proofErr w:type="spellStart"/>
        <w:r>
          <w:rPr>
            <w:rStyle w:val="s2"/>
          </w:rPr>
          <w:t>Cavanaugh's</w:t>
        </w:r>
        <w:proofErr w:type="spellEnd"/>
        <w:r>
          <w:rPr>
            <w:rStyle w:val="s2"/>
          </w:rPr>
          <w:t xml:space="preserve"> amendment. And I'm, I'm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2C764367" w14:textId="77777777" w:rsidR="006F05BB" w:rsidRDefault="006F05BB">
      <w:pPr>
        <w:pStyle w:val="p1"/>
      </w:pPr>
      <w:bdo w:val="ltr">
        <w:r>
          <w:rPr>
            <w:rStyle w:val="s2"/>
          </w:rPr>
          <w:t xml:space="preserve"> still, I guess, open to debate and kind of back and forth on whether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5004959E" w14:textId="77777777" w:rsidR="006F05BB" w:rsidRDefault="006F05BB">
      <w:pPr>
        <w:pStyle w:val="p1"/>
      </w:pPr>
      <w:bdo w:val="ltr">
        <w:r>
          <w:rPr>
            <w:rStyle w:val="s2"/>
          </w:rPr>
          <w:t xml:space="preserve"> or not I support the underlying LB43 and AM2076. I would agree with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5AECA803" w14:textId="77777777" w:rsidR="006F05BB" w:rsidRDefault="006F05BB">
      <w:pPr>
        <w:pStyle w:val="p1"/>
      </w:pPr>
      <w:bdo w:val="ltr">
        <w:r>
          <w:rPr>
            <w:rStyle w:val="s2"/>
          </w:rPr>
          <w:t xml:space="preserve"> Senator Conrad and also Senator Sanders in her opening when we talked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43F65E38" w14:textId="77777777" w:rsidR="006F05BB" w:rsidRDefault="006F05BB">
      <w:pPr>
        <w:pStyle w:val="p1"/>
      </w:pPr>
      <w:bdo w:val="ltr">
        <w:r>
          <w:rPr>
            <w:rStyle w:val="s2"/>
          </w:rPr>
          <w:t xml:space="preserve"> about sort of one of the-- one of the most important things we learned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5D897018" w14:textId="77777777" w:rsidR="006F05BB" w:rsidRDefault="006F05BB">
      <w:pPr>
        <w:pStyle w:val="p1"/>
      </w:pPr>
      <w:bdo w:val="ltr">
        <w:r>
          <w:rPr>
            <w:rStyle w:val="s2"/>
          </w:rPr>
          <w:t xml:space="preserve"> in civics early on is the importance of freedom of religion. And,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7C9E3C2E" w14:textId="77777777" w:rsidR="006F05BB" w:rsidRDefault="006F05BB">
      <w:pPr>
        <w:pStyle w:val="p1"/>
      </w:pPr>
      <w:bdo w:val="ltr">
        <w:r>
          <w:rPr>
            <w:rStyle w:val="s2"/>
          </w:rPr>
          <w:t xml:space="preserve"> obviously, freedom of religion means you have the, the right to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5D77AD64" w14:textId="77777777" w:rsidR="006F05BB" w:rsidRDefault="006F05BB">
      <w:pPr>
        <w:pStyle w:val="p1"/>
      </w:pPr>
      <w:bdo w:val="ltr">
        <w:r>
          <w:rPr>
            <w:rStyle w:val="s2"/>
          </w:rPr>
          <w:t xml:space="preserve"> exercise your religion without impediment or without the government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5343B8C2" w14:textId="77777777" w:rsidR="006F05BB" w:rsidRDefault="006F05BB">
      <w:pPr>
        <w:pStyle w:val="p1"/>
      </w:pPr>
      <w:bdo w:val="ltr">
        <w:r>
          <w:rPr>
            <w:rStyle w:val="s2"/>
          </w:rPr>
          <w:t xml:space="preserve"> telling you, you can't-- what you can or can't do. I always believe in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6813C5BD" w14:textId="77777777" w:rsidR="006F05BB" w:rsidRDefault="006F05BB">
      <w:pPr>
        <w:pStyle w:val="p1"/>
      </w:pPr>
      <w:bdo w:val="ltr">
        <w:r>
          <w:rPr>
            <w:rStyle w:val="s2"/>
          </w:rPr>
          <w:t xml:space="preserve"> that and I think that we need to make sure that that stays enshrined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5995C6A4" w14:textId="77777777" w:rsidR="006F05BB" w:rsidRDefault="006F05BB">
      <w:pPr>
        <w:pStyle w:val="p1"/>
      </w:pPr>
      <w:bdo w:val="ltr">
        <w:r>
          <w:rPr>
            <w:rStyle w:val="s2"/>
          </w:rPr>
          <w:t xml:space="preserve"> in our laws. I also think, however, we have to ensure that it doesn't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61F25964" w14:textId="77777777" w:rsidR="006F05BB" w:rsidRDefault="006F05BB">
      <w:pPr>
        <w:pStyle w:val="p1"/>
      </w:pPr>
      <w:bdo w:val="ltr">
        <w:r>
          <w:rPr>
            <w:rStyle w:val="s2"/>
          </w:rPr>
          <w:t xml:space="preserve"> go too far in the other direction. Like all things, it's a balancing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295C4D09" w14:textId="77777777" w:rsidR="006F05BB" w:rsidRDefault="006F05BB">
      <w:pPr>
        <w:pStyle w:val="p1"/>
      </w:pPr>
      <w:bdo w:val="ltr">
        <w:r>
          <w:rPr>
            <w:rStyle w:val="s2"/>
          </w:rPr>
          <w:t xml:space="preserve"> act. We have to make sure that one person's individual exercise of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550427D6" w14:textId="77777777" w:rsidR="006F05BB" w:rsidRDefault="006F05BB">
      <w:pPr>
        <w:pStyle w:val="p1"/>
      </w:pPr>
      <w:bdo w:val="ltr">
        <w:r>
          <w:rPr>
            <w:rStyle w:val="s2"/>
          </w:rPr>
          <w:t xml:space="preserve"> religion does not go so far as to encroach on somebody else's rights.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1B792738" w14:textId="77777777" w:rsidR="006F05BB" w:rsidRDefault="006F05BB">
      <w:pPr>
        <w:pStyle w:val="p1"/>
      </w:pPr>
      <w:bdo w:val="ltr">
        <w:r>
          <w:rPr>
            <w:rStyle w:val="s2"/>
          </w:rPr>
          <w:t xml:space="preserve"> Certainly, I think that the constitution allows all of us to practice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11E24718" w14:textId="77777777" w:rsidR="006F05BB" w:rsidRDefault="006F05BB">
      <w:pPr>
        <w:pStyle w:val="p1"/>
      </w:pPr>
      <w:bdo w:val="ltr">
        <w:r>
          <w:rPr>
            <w:rStyle w:val="s2"/>
          </w:rPr>
          <w:t xml:space="preserve"> our religion in whatever way we see fit. But I think we have to make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30CE1C97" w14:textId="77777777" w:rsidR="006F05BB" w:rsidRDefault="006F05BB">
      <w:pPr>
        <w:pStyle w:val="p1"/>
      </w:pPr>
      <w:bdo w:val="ltr">
        <w:r>
          <w:rPr>
            <w:rStyle w:val="s2"/>
          </w:rPr>
          <w:t xml:space="preserve"> sure that we don't push that on other people. And so I think that LB43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6E2BA186" w14:textId="77777777" w:rsidR="006F05BB" w:rsidRDefault="006F05BB">
      <w:pPr>
        <w:pStyle w:val="p1"/>
      </w:pPr>
      <w:bdo w:val="ltr">
        <w:r>
          <w:rPr>
            <w:rStyle w:val="s2"/>
          </w:rPr>
          <w:t xml:space="preserve"> seeks to strike that balance. And I appreciate the hard work of the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1AE07543" w14:textId="77777777" w:rsidR="006F05BB" w:rsidRDefault="006F05BB">
      <w:pPr>
        <w:pStyle w:val="p1"/>
      </w:pPr>
      <w:bdo w:val="ltr">
        <w:r>
          <w:rPr>
            <w:rStyle w:val="s2"/>
          </w:rPr>
          <w:t xml:space="preserve"> Government Committee. Senator Brewer, I think, in his amendments here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2FFF4E41" w14:textId="77777777" w:rsidR="006F05BB" w:rsidRDefault="006F05BB">
      <w:pPr>
        <w:pStyle w:val="p1"/>
      </w:pPr>
      <w:bdo w:val="ltr">
        <w:r>
          <w:rPr>
            <w:rStyle w:val="s2"/>
          </w:rPr>
          <w:t xml:space="preserve"> speak to a number of those issues. And so I, I do think that that's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7069CEF4" w14:textId="77777777" w:rsidR="006F05BB" w:rsidRDefault="006F05BB">
      <w:pPr>
        <w:pStyle w:val="p1"/>
      </w:pPr>
      <w:bdo w:val="ltr">
        <w:r>
          <w:rPr>
            <w:rStyle w:val="s2"/>
          </w:rPr>
          <w:t xml:space="preserve"> something that we should consider when we're debating whether or not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26356173" w14:textId="77777777" w:rsidR="006F05BB" w:rsidRDefault="006F05BB">
      <w:pPr>
        <w:pStyle w:val="p1"/>
      </w:pPr>
      <w:bdo w:val="ltr">
        <w:r>
          <w:rPr>
            <w:rStyle w:val="s2"/>
          </w:rPr>
          <w:t xml:space="preserve"> to implement laws like LB43 is how we strike that balance. Senator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68E84786" w14:textId="77777777" w:rsidR="006F05BB" w:rsidRDefault="006F05BB">
      <w:pPr>
        <w:pStyle w:val="p1"/>
      </w:pPr>
      <w:bdo w:val="ltr">
        <w:r>
          <w:rPr>
            <w:rStyle w:val="s2"/>
          </w:rPr>
          <w:t xml:space="preserve"> John </w:t>
        </w:r>
        <w:proofErr w:type="spellStart"/>
        <w:r>
          <w:rPr>
            <w:rStyle w:val="s2"/>
          </w:rPr>
          <w:t>Cavanaugh's</w:t>
        </w:r>
        <w:proofErr w:type="spellEnd"/>
        <w:r>
          <w:rPr>
            <w:rStyle w:val="s2"/>
          </w:rPr>
          <w:t xml:space="preserve"> amendment, I think, seeks to further clarify some of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320CDC36" w14:textId="77777777" w:rsidR="006F05BB" w:rsidRDefault="006F05BB">
      <w:pPr>
        <w:pStyle w:val="p1"/>
      </w:pPr>
      <w:bdo w:val="ltr">
        <w:r>
          <w:rPr>
            <w:rStyle w:val="s2"/>
          </w:rPr>
          <w:t xml:space="preserve"> the concerns that myself and others have had. And so I would encourage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3268D91D" w14:textId="77777777" w:rsidR="006F05BB" w:rsidRDefault="006F05BB">
      <w:pPr>
        <w:pStyle w:val="p1"/>
      </w:pPr>
      <w:bdo w:val="ltr">
        <w:r>
          <w:rPr>
            <w:rStyle w:val="s2"/>
          </w:rPr>
          <w:t xml:space="preserve"> my colleagues to, to vote yes on that. I do have some underlying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7B5DEAAC" w14:textId="77777777" w:rsidR="006F05BB" w:rsidRDefault="006F05BB">
      <w:pPr>
        <w:pStyle w:val="p1"/>
      </w:pPr>
      <w:bdo w:val="ltr">
        <w:r>
          <w:rPr>
            <w:rStyle w:val="s2"/>
          </w:rPr>
          <w:t xml:space="preserve"> concerns with the bill with regards to just the structure of it and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5D00D114" w14:textId="77777777" w:rsidR="006F05BB" w:rsidRDefault="006F05BB">
      <w:pPr>
        <w:pStyle w:val="p1"/>
      </w:pPr>
      <w:bdo w:val="ltr">
        <w:r>
          <w:rPr>
            <w:rStyle w:val="s2"/>
          </w:rPr>
          <w:t xml:space="preserve"> how it works. Regardless of whether or not one supports the underlying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0361CB34" w14:textId="77777777" w:rsidR="006F05BB" w:rsidRDefault="006F05BB">
      <w:pPr>
        <w:pStyle w:val="p1"/>
      </w:pPr>
      <w:bdo w:val="ltr">
        <w:r>
          <w:rPr>
            <w:rStyle w:val="s2"/>
          </w:rPr>
          <w:t xml:space="preserve"> concept, I think we have to make sure these things function and, and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59BD42AF" w14:textId="77777777" w:rsidR="006F05BB" w:rsidRDefault="006F05BB">
      <w:pPr>
        <w:pStyle w:val="p1"/>
      </w:pPr>
      <w:bdo w:val="ltr">
        <w:r>
          <w:rPr>
            <w:rStyle w:val="s2"/>
          </w:rPr>
          <w:t xml:space="preserve"> just have answers to questions. And looking at this from a criminal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4CB427A3" w14:textId="77777777" w:rsidR="006F05BB" w:rsidRDefault="006F05BB">
      <w:pPr>
        <w:pStyle w:val="p1"/>
      </w:pPr>
      <w:bdo w:val="ltr">
        <w:r>
          <w:rPr>
            <w:rStyle w:val="s2"/>
          </w:rPr>
          <w:t xml:space="preserve"> law perspective, I just have a couple of, of concerns that I was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36617FEB" w14:textId="77777777" w:rsidR="006F05BB" w:rsidRDefault="006F05BB">
      <w:pPr>
        <w:pStyle w:val="p1"/>
      </w:pPr>
      <w:bdo w:val="ltr">
        <w:r>
          <w:rPr>
            <w:rStyle w:val="s2"/>
          </w:rPr>
          <w:t xml:space="preserve"> wondering if anybody could answer. I don't know who exactly to ask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55751CD5" w14:textId="77777777" w:rsidR="006F05BB" w:rsidRDefault="006F05BB">
      <w:pPr>
        <w:pStyle w:val="p1"/>
      </w:pPr>
      <w:bdo w:val="ltr">
        <w:r>
          <w:rPr>
            <w:rStyle w:val="s2"/>
          </w:rPr>
          <w:t xml:space="preserve"> these questions to. But a good example of this is on page 2, line 23,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08DFF5A4" w14:textId="77777777" w:rsidR="006F05BB" w:rsidRDefault="006F05BB">
      <w:pPr>
        <w:pStyle w:val="p1"/>
      </w:pPr>
      <w:bdo w:val="ltr">
        <w:r>
          <w:rPr>
            <w:rStyle w:val="s2"/>
          </w:rPr>
          <w:t xml:space="preserve"> Section 4. It talks about how a person or religious organization may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12DF5B63" w14:textId="77777777" w:rsidR="006F05BB" w:rsidRDefault="006F05BB">
      <w:pPr>
        <w:pStyle w:val="p1"/>
      </w:pPr>
      <w:bdo w:val="ltr">
        <w:r>
          <w:rPr>
            <w:rStyle w:val="s2"/>
          </w:rPr>
          <w:t xml:space="preserve"> bring a civil action or assert a violation of this law in an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1DC1B165" w14:textId="77777777" w:rsidR="006F05BB" w:rsidRDefault="006F05BB">
      <w:pPr>
        <w:pStyle w:val="p1"/>
      </w:pPr>
      <w:bdo w:val="ltr">
        <w:r>
          <w:rPr>
            <w:rStyle w:val="s2"/>
          </w:rPr>
          <w:t xml:space="preserve"> impending-- or an impending violation as a defense in a judicial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2ABF2DA9" w14:textId="77777777" w:rsidR="006F05BB" w:rsidRDefault="006F05BB">
      <w:pPr>
        <w:pStyle w:val="p1"/>
      </w:pPr>
      <w:bdo w:val="ltr">
        <w:r>
          <w:rPr>
            <w:rStyle w:val="s2"/>
          </w:rPr>
          <w:t xml:space="preserve"> proceeding. So what that seems to imply is that a person would be able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03476831" w14:textId="77777777" w:rsidR="006F05BB" w:rsidRDefault="006F05BB">
      <w:pPr>
        <w:pStyle w:val="p1"/>
      </w:pPr>
      <w:bdo w:val="ltr">
        <w:r>
          <w:rPr>
            <w:rStyle w:val="s2"/>
          </w:rPr>
          <w:t xml:space="preserve"> to assert a violation of this law as a defense in any kind of judicial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6574D154" w14:textId="77777777" w:rsidR="006F05BB" w:rsidRDefault="006F05BB">
      <w:pPr>
        <w:pStyle w:val="p1"/>
      </w:pPr>
      <w:bdo w:val="ltr">
        <w:r>
          <w:rPr>
            <w:rStyle w:val="s2"/>
          </w:rPr>
          <w:t xml:space="preserve"> proceeding, which to me would also include criminal matters. So the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4D8F5FD4" w14:textId="77777777" w:rsidR="006F05BB" w:rsidRDefault="006F05BB">
      <w:pPr>
        <w:pStyle w:val="p1"/>
      </w:pPr>
      <w:bdo w:val="ltr">
        <w:r>
          <w:rPr>
            <w:rStyle w:val="s2"/>
          </w:rPr>
          <w:t xml:space="preserve"> question that I have there is, in the event that, let's say someone is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105C3078" w14:textId="77777777" w:rsidR="006F05BB" w:rsidRDefault="006F05BB">
      <w:pPr>
        <w:pStyle w:val="p1"/>
      </w:pPr>
      <w:bdo w:val="ltr">
        <w:r>
          <w:rPr>
            <w:rStyle w:val="s2"/>
          </w:rPr>
          <w:t xml:space="preserve"> charged with child abuse, would an assertion that their religious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3BBC2703" w14:textId="77777777" w:rsidR="006F05BB" w:rsidRDefault="006F05BB">
      <w:pPr>
        <w:pStyle w:val="p2"/>
      </w:pPr>
      <w:bdo w:val="ltr">
        <w:r>
          <w:rPr>
            <w:rStyle w:val="s3"/>
          </w:rPr>
          <w:t xml:space="preserve"> 20</w:t>
        </w:r>
        <w:r>
          <w:rPr>
            <w:rStyle w:val="s3"/>
          </w:rPr>
          <w:t>‬</w:t>
        </w:r>
        <w:bdo w:val="ltr">
          <w:r>
            <w:rPr>
              <w:rStyle w:val="s3"/>
            </w:rPr>
            <w:t xml:space="preserve"> of</w:t>
          </w:r>
          <w:r>
            <w:rPr>
              <w:rStyle w:val="s3"/>
            </w:rPr>
            <w:t>‬</w:t>
          </w:r>
          <w:bdo w:val="ltr">
            <w:r>
              <w:rPr>
                <w:rStyle w:val="s3"/>
              </w:rPr>
              <w:t xml:space="preserve"> 49</w:t>
            </w:r>
            <w:r>
              <w:rPr>
                <w:rStyle w:val="s3"/>
              </w:rPr>
              <w:t>‬</w:t>
            </w:r>
            <w:bdo w:val="ltr">
              <w:r>
                <w:rPr>
                  <w:rStyle w:val="s3"/>
                </w:rPr>
                <w:t xml:space="preserve"> Transcript Prepared by Clerk of the Legislature Transcribers Office</w:t>
              </w:r>
              <w:r>
                <w:rPr>
                  <w:rStyle w:val="s3"/>
                </w:rPr>
                <w:t>‬</w:t>
              </w:r>
            </w:bdo>
          </w:bdo>
        </w:bdo>
      </w:bdo>
    </w:p>
    <w:p w14:paraId="3C317981" w14:textId="77777777" w:rsidR="006F05BB" w:rsidRDefault="006F05BB">
      <w:pPr>
        <w:pStyle w:val="p2"/>
      </w:pPr>
      <w:bdo w:val="ltr">
        <w:r>
          <w:rPr>
            <w:rStyle w:val="s3"/>
          </w:rPr>
          <w:t xml:space="preserve"> Floor Debate January 23, 2024</w:t>
        </w:r>
        <w:r>
          <w:rPr>
            <w:rStyle w:val="s3"/>
          </w:rPr>
          <w:t>‬</w:t>
        </w:r>
      </w:bdo>
    </w:p>
    <w:p w14:paraId="510F146B" w14:textId="77777777" w:rsidR="006F05BB" w:rsidRDefault="006F05BB">
      <w:pPr>
        <w:pStyle w:val="p1"/>
      </w:pPr>
      <w:bdo w:val="ltr">
        <w:r>
          <w:rPr>
            <w:rStyle w:val="s2"/>
          </w:rPr>
          <w:t xml:space="preserve"> freedoms are being violated be a defense to that child abuse charge?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4A8F1C72" w14:textId="77777777" w:rsidR="006F05BB" w:rsidRDefault="006F05BB">
      <w:pPr>
        <w:pStyle w:val="p1"/>
      </w:pPr>
      <w:bdo w:val="ltr">
        <w:r>
          <w:rPr>
            <w:rStyle w:val="s2"/>
          </w:rPr>
          <w:t xml:space="preserve"> And, if so, how would that work? Does this create an affirmative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6F431781" w14:textId="77777777" w:rsidR="006F05BB" w:rsidRDefault="006F05BB">
      <w:pPr>
        <w:pStyle w:val="p1"/>
      </w:pPr>
      <w:bdo w:val="ltr">
        <w:r>
          <w:rPr>
            <w:rStyle w:val="s2"/>
          </w:rPr>
          <w:t xml:space="preserve"> defense wherein the defendant would have to put on some evidence and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7BE9A4C0" w14:textId="77777777" w:rsidR="006F05BB" w:rsidRDefault="006F05BB">
      <w:pPr>
        <w:pStyle w:val="p1"/>
      </w:pPr>
      <w:bdo w:val="ltr">
        <w:r>
          <w:rPr>
            <w:rStyle w:val="s2"/>
          </w:rPr>
          <w:t xml:space="preserve"> have the burden shift back to them to demonstrate how this act is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4D624160" w14:textId="77777777" w:rsidR="006F05BB" w:rsidRDefault="006F05BB">
      <w:pPr>
        <w:pStyle w:val="p1"/>
      </w:pPr>
      <w:bdo w:val="ltr">
        <w:r>
          <w:rPr>
            <w:rStyle w:val="s2"/>
          </w:rPr>
          <w:t xml:space="preserve"> being violated, which would then create a defense to that law? Is it a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4D72E1CE" w14:textId="77777777" w:rsidR="006F05BB" w:rsidRDefault="006F05BB">
      <w:pPr>
        <w:pStyle w:val="p1"/>
      </w:pPr>
      <w:bdo w:val="ltr">
        <w:r>
          <w:rPr>
            <w:rStyle w:val="s2"/>
          </w:rPr>
          <w:t xml:space="preserve"> defense that would be considered by a jury or by a judge, simply by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4B4D852F" w14:textId="77777777" w:rsidR="006F05BB" w:rsidRDefault="006F05BB">
      <w:pPr>
        <w:pStyle w:val="p1"/>
      </w:pPr>
      <w:bdo w:val="ltr">
        <w:r>
          <w:rPr>
            <w:rStyle w:val="s2"/>
          </w:rPr>
          <w:t xml:space="preserve"> the allegation that this act has been violated? I just don't know. And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77FB44BF" w14:textId="77777777" w:rsidR="006F05BB" w:rsidRDefault="006F05BB">
      <w:pPr>
        <w:pStyle w:val="p1"/>
      </w:pPr>
      <w:bdo w:val="ltr">
        <w:r>
          <w:rPr>
            <w:rStyle w:val="s2"/>
          </w:rPr>
          <w:t xml:space="preserve"> at what point do you then, I guess, weigh the validity of the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7D894A12" w14:textId="77777777" w:rsidR="006F05BB" w:rsidRDefault="006F05BB">
      <w:pPr>
        <w:pStyle w:val="p1"/>
      </w:pPr>
      <w:bdo w:val="ltr">
        <w:r>
          <w:rPr>
            <w:rStyle w:val="s2"/>
          </w:rPr>
          <w:t xml:space="preserve"> religious violation? Does the court then have to make the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16EB89F4" w14:textId="77777777" w:rsidR="006F05BB" w:rsidRDefault="006F05BB">
      <w:pPr>
        <w:pStyle w:val="p1"/>
      </w:pPr>
      <w:bdo w:val="ltr">
        <w:r>
          <w:rPr>
            <w:rStyle w:val="s2"/>
          </w:rPr>
          <w:t xml:space="preserve"> determination about whether or not it's a, a closely held or validly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65182164" w14:textId="77777777" w:rsidR="006F05BB" w:rsidRDefault="006F05BB">
      <w:pPr>
        <w:pStyle w:val="p1"/>
      </w:pPr>
      <w:bdo w:val="ltr">
        <w:r>
          <w:rPr>
            <w:rStyle w:val="s2"/>
          </w:rPr>
          <w:t xml:space="preserve"> held religious belief? Do they have to find that the charge actually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69C5EBAB" w14:textId="77777777" w:rsidR="006F05BB" w:rsidRDefault="006F05BB">
      <w:pPr>
        <w:pStyle w:val="p1"/>
      </w:pPr>
      <w:bdo w:val="ltr">
        <w:r>
          <w:rPr>
            <w:rStyle w:val="s2"/>
          </w:rPr>
          <w:t xml:space="preserve"> does violate the tenets of that religious belief? There's just a lot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68EEE000" w14:textId="77777777" w:rsidR="006F05BB" w:rsidRDefault="006F05BB">
      <w:pPr>
        <w:pStyle w:val="p1"/>
      </w:pPr>
      <w:bdo w:val="ltr">
        <w:r>
          <w:rPr>
            <w:rStyle w:val="s2"/>
          </w:rPr>
          <w:t xml:space="preserve"> of questions I have with regards to how that would be implemented.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2F145AE2" w14:textId="77777777" w:rsidR="006F05BB" w:rsidRDefault="006F05BB">
      <w:pPr>
        <w:pStyle w:val="p1"/>
      </w:pPr>
      <w:bdo w:val="ltr">
        <w:r>
          <w:rPr>
            <w:rStyle w:val="s2"/>
          </w:rPr>
          <w:t xml:space="preserve"> It's not just a hypothetical. There have been cases here in Nebraska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3AEF65BF" w14:textId="77777777" w:rsidR="006F05BB" w:rsidRDefault="006F05BB">
      <w:pPr>
        <w:pStyle w:val="p1"/>
      </w:pPr>
      <w:bdo w:val="ltr">
        <w:r>
          <w:rPr>
            <w:rStyle w:val="s2"/>
          </w:rPr>
          <w:t xml:space="preserve"> where people have actually alleged, as part of the defense or as at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0D1F1B78" w14:textId="77777777" w:rsidR="006F05BB" w:rsidRDefault="006F05BB">
      <w:pPr>
        <w:pStyle w:val="p1"/>
      </w:pPr>
      <w:bdo w:val="ltr">
        <w:r>
          <w:rPr>
            <w:rStyle w:val="s2"/>
          </w:rPr>
          <w:t xml:space="preserve"> least a part of the proceedings, that their church has gotten involved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7D6D7E37" w14:textId="77777777" w:rsidR="006F05BB" w:rsidRDefault="006F05BB">
      <w:pPr>
        <w:pStyle w:val="p1"/>
      </w:pPr>
      <w:bdo w:val="ltr">
        <w:r>
          <w:rPr>
            <w:rStyle w:val="s2"/>
          </w:rPr>
          <w:t xml:space="preserve"> in the process or that they've had their religious beliefs violated.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6C9009F3" w14:textId="77777777" w:rsidR="006F05BB" w:rsidRDefault="006F05BB">
      <w:pPr>
        <w:pStyle w:val="p1"/>
      </w:pPr>
      <w:bdo w:val="ltr">
        <w:r>
          <w:rPr>
            <w:rStyle w:val="s2"/>
          </w:rPr>
          <w:t xml:space="preserve"> And so I, I think that it's something we absolutely will see come up.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6CDAA6C9" w14:textId="77777777" w:rsidR="006F05BB" w:rsidRDefault="006F05BB">
      <w:pPr>
        <w:pStyle w:val="p1"/>
      </w:pPr>
      <w:bdo w:val="ltr">
        <w:r>
          <w:rPr>
            <w:rStyle w:val="s2"/>
          </w:rPr>
          <w:t xml:space="preserve"> And I'm just curious what the interplay would be between Section 4 and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1B3D626F" w14:textId="77777777" w:rsidR="006F05BB" w:rsidRDefault="006F05BB">
      <w:pPr>
        <w:pStyle w:val="p1"/>
      </w:pPr>
      <w:bdo w:val="ltr">
        <w:r>
          <w:rPr>
            <w:rStyle w:val="s2"/>
          </w:rPr>
          <w:t xml:space="preserve"> a criminal defense perspective. Another question that I have here,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1CF60814" w14:textId="77777777" w:rsidR="006F05BB" w:rsidRDefault="006F05BB">
      <w:pPr>
        <w:pStyle w:val="p1"/>
      </w:pPr>
      <w:bdo w:val="ltr">
        <w:r>
          <w:rPr>
            <w:rStyle w:val="s2"/>
          </w:rPr>
          <w:t xml:space="preserve"> specifically about Section 4, just reading it out loud, it says: a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25A0B33F" w14:textId="77777777" w:rsidR="006F05BB" w:rsidRDefault="006F05BB">
      <w:pPr>
        <w:pStyle w:val="p1"/>
      </w:pPr>
      <w:bdo w:val="ltr">
        <w:r>
          <w:rPr>
            <w:rStyle w:val="s2"/>
          </w:rPr>
          <w:t xml:space="preserve"> person or religious organization whose exercise of religion--</w:t>
        </w:r>
      </w:bdo>
    </w:p>
    <w:p w14:paraId="21093268" w14:textId="77777777" w:rsidR="006F05BB" w:rsidRDefault="006F05BB">
      <w:pPr>
        <w:pStyle w:val="p1"/>
      </w:pPr>
      <w:bdo w:val="ltr">
        <w:r>
          <w:rPr>
            <w:rStyle w:val="s1"/>
          </w:rPr>
          <w:t xml:space="preserve"> ARCH:</w:t>
        </w:r>
        <w:r>
          <w:rPr>
            <w:rStyle w:val="s1"/>
            <w:rFonts w:ascii="Apple Symbols" w:hAnsi="Apple Symbols" w:cs="Apple Symbols"/>
          </w:rPr>
          <w:t>‬</w:t>
        </w:r>
        <w:bdo w:val="ltr">
          <w:r>
            <w:rPr>
              <w:rStyle w:val="s2"/>
            </w:rPr>
            <w:t xml:space="preserve"> One minute.</w:t>
          </w:r>
          <w:r>
            <w:rPr>
              <w:rStyle w:val="s2"/>
              <w:rFonts w:ascii="Apple Symbols" w:hAnsi="Apple Symbols" w:cs="Apple Symbols"/>
            </w:rPr>
            <w:t>‬</w:t>
          </w:r>
        </w:bdo>
      </w:bdo>
    </w:p>
    <w:p w14:paraId="78DF944C" w14:textId="77777777" w:rsidR="006F05BB" w:rsidRDefault="006F05BB">
      <w:pPr>
        <w:pStyle w:val="p1"/>
      </w:pPr>
      <w:r>
        <w:rPr>
          <w:rStyle w:val="s2"/>
          <w:rFonts w:ascii="Apple Symbols" w:hAnsi="Apple Symbols" w:cs="Apple Symbols"/>
        </w:rPr>
        <w:t>‬</w:t>
      </w:r>
    </w:p>
    <w:p w14:paraId="3449239E" w14:textId="77777777" w:rsidR="006F05BB" w:rsidRDefault="006F05BB">
      <w:pPr>
        <w:pStyle w:val="p1"/>
      </w:pPr>
      <w:bdo w:val="ltr">
        <w:r>
          <w:rPr>
            <w:rStyle w:val="s1"/>
          </w:rPr>
          <w:t xml:space="preserve"> DUNGAN:</w:t>
        </w:r>
        <w:r>
          <w:rPr>
            <w:rStyle w:val="s1"/>
            <w:rFonts w:ascii="Apple Symbols" w:hAnsi="Apple Symbols" w:cs="Apple Symbols"/>
          </w:rPr>
          <w:t>‬</w:t>
        </w:r>
        <w:bdo w:val="ltr"/>
      </w:bdo>
    </w:p>
    <w:p w14:paraId="74E82F8C" w14:textId="77777777" w:rsidR="006F05BB" w:rsidRDefault="006F05BB">
      <w:pPr>
        <w:pStyle w:val="p1"/>
      </w:pPr>
      <w:r>
        <w:rPr>
          <w:rStyle w:val="s2"/>
        </w:rPr>
        <w:t>--or religious service-- thank you, Mr. President--</w:t>
      </w:r>
    </w:p>
    <w:p w14:paraId="0A75152F" w14:textId="77777777" w:rsidR="006F05BB" w:rsidRDefault="006F05BB">
      <w:pPr>
        <w:pStyle w:val="p1"/>
      </w:pPr>
      <w:r>
        <w:rPr>
          <w:rStyle w:val="s2"/>
          <w:rFonts w:ascii="Apple Symbols" w:hAnsi="Apple Symbols" w:cs="Apple Symbols"/>
        </w:rPr>
        <w:t>‬</w:t>
      </w:r>
      <w:bdo w:val="ltr">
        <w:r>
          <w:rPr>
            <w:rStyle w:val="s2"/>
          </w:rPr>
          <w:t xml:space="preserve"> has been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48BA6133" w14:textId="77777777" w:rsidR="006F05BB" w:rsidRDefault="006F05BB">
      <w:pPr>
        <w:pStyle w:val="p1"/>
      </w:pPr>
      <w:bdo w:val="ltr">
        <w:r>
          <w:rPr>
            <w:rStyle w:val="s2"/>
          </w:rPr>
          <w:t xml:space="preserve"> burdened or restricted or is likely to be burdened or restricted in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312FB30D" w14:textId="77777777" w:rsidR="006F05BB" w:rsidRDefault="006F05BB">
      <w:pPr>
        <w:pStyle w:val="p1"/>
      </w:pPr>
      <w:bdo w:val="ltr">
        <w:r>
          <w:rPr>
            <w:rStyle w:val="s2"/>
          </w:rPr>
          <w:t xml:space="preserve"> violation of the First Freedom Act may bring a civil action or assert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0DF4C52E" w14:textId="77777777" w:rsidR="006F05BB" w:rsidRDefault="006F05BB">
      <w:pPr>
        <w:pStyle w:val="p1"/>
      </w:pPr>
      <w:bdo w:val="ltr">
        <w:r>
          <w:rPr>
            <w:rStyle w:val="s2"/>
          </w:rPr>
          <w:t xml:space="preserve"> such a violation. The fact that it also allows for the civil action to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023D25D2" w14:textId="77777777" w:rsidR="006F05BB" w:rsidRDefault="006F05BB">
      <w:pPr>
        <w:pStyle w:val="p1"/>
      </w:pPr>
      <w:bdo w:val="ltr">
        <w:r>
          <w:rPr>
            <w:rStyle w:val="s2"/>
          </w:rPr>
          <w:t xml:space="preserve"> be brought simply because their religious service or exercise of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7EE08DED" w14:textId="77777777" w:rsidR="006F05BB" w:rsidRDefault="006F05BB">
      <w:pPr>
        <w:pStyle w:val="p1"/>
      </w:pPr>
      <w:bdo w:val="ltr">
        <w:r>
          <w:rPr>
            <w:rStyle w:val="s2"/>
          </w:rPr>
          <w:t xml:space="preserve"> religion is likely to be burdened, I think creates a ripeness issue. I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07B1B67D" w14:textId="77777777" w:rsidR="006F05BB" w:rsidRDefault="006F05BB">
      <w:pPr>
        <w:pStyle w:val="p1"/>
      </w:pPr>
      <w:bdo w:val="ltr">
        <w:r>
          <w:rPr>
            <w:rStyle w:val="s2"/>
          </w:rPr>
          <w:t xml:space="preserve"> don't know when we necessarily determine, I guess is there-- when that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47B28757" w14:textId="77777777" w:rsidR="006F05BB" w:rsidRDefault="006F05BB">
      <w:pPr>
        <w:pStyle w:val="p1"/>
      </w:pPr>
      <w:bdo w:val="ltr">
        <w:r>
          <w:rPr>
            <w:rStyle w:val="s2"/>
          </w:rPr>
          <w:t xml:space="preserve"> violation could potentially happen down the road. Is it some sort of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26FEFBB5" w14:textId="77777777" w:rsidR="006F05BB" w:rsidRDefault="006F05BB">
      <w:pPr>
        <w:pStyle w:val="p1"/>
      </w:pPr>
      <w:bdo w:val="ltr">
        <w:r>
          <w:rPr>
            <w:rStyle w:val="s2"/>
          </w:rPr>
          <w:t xml:space="preserve"> proximate cause argument? There's just a number of issues, I think,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1F0B2633" w14:textId="77777777" w:rsidR="006F05BB" w:rsidRDefault="006F05BB">
      <w:pPr>
        <w:pStyle w:val="p1"/>
      </w:pPr>
      <w:bdo w:val="ltr">
        <w:r>
          <w:rPr>
            <w:rStyle w:val="s2"/>
          </w:rPr>
          <w:t xml:space="preserve"> with that sentence that I just, from a legal perspective, would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09C52508" w14:textId="77777777" w:rsidR="006F05BB" w:rsidRDefault="006F05BB">
      <w:pPr>
        <w:pStyle w:val="p1"/>
      </w:pPr>
      <w:bdo w:val="ltr">
        <w:r>
          <w:rPr>
            <w:rStyle w:val="s2"/>
          </w:rPr>
          <w:t xml:space="preserve"> appreciate a little more clarity with regard to the exercise of how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6B2A67B7" w14:textId="77777777" w:rsidR="006F05BB" w:rsidRDefault="006F05BB">
      <w:pPr>
        <w:pStyle w:val="p1"/>
      </w:pPr>
      <w:bdo w:val="ltr">
        <w:r>
          <w:rPr>
            <w:rStyle w:val="s2"/>
          </w:rPr>
          <w:t xml:space="preserve"> that would-- that would play out. Happy to have a conversation with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54D9C014" w14:textId="77777777" w:rsidR="006F05BB" w:rsidRDefault="006F05BB">
      <w:pPr>
        <w:pStyle w:val="p1"/>
      </w:pPr>
      <w:bdo w:val="ltr">
        <w:r>
          <w:rPr>
            <w:rStyle w:val="s2"/>
          </w:rPr>
          <w:t xml:space="preserve"> this with my colleagues off the mic. I think, again, the sentiment of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40AAAEFC" w14:textId="77777777" w:rsidR="006F05BB" w:rsidRDefault="006F05BB">
      <w:pPr>
        <w:pStyle w:val="p1"/>
      </w:pPr>
      <w:bdo w:val="ltr">
        <w:r>
          <w:rPr>
            <w:rStyle w:val="s2"/>
          </w:rPr>
          <w:t xml:space="preserve"> the bill is one that is good. I just want to make sure that it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6F07CCB7" w14:textId="77777777" w:rsidR="006F05BB" w:rsidRDefault="006F05BB">
      <w:pPr>
        <w:pStyle w:val="p1"/>
      </w:pPr>
      <w:bdo w:val="ltr">
        <w:r>
          <w:rPr>
            <w:rStyle w:val="s2"/>
          </w:rPr>
          <w:t xml:space="preserve"> actually functions. And I think Senator John </w:t>
        </w:r>
        <w:proofErr w:type="spellStart"/>
        <w:r>
          <w:rPr>
            <w:rStyle w:val="s2"/>
          </w:rPr>
          <w:t>Cavanaugh's</w:t>
        </w:r>
        <w:proofErr w:type="spellEnd"/>
        <w:r>
          <w:rPr>
            <w:rStyle w:val="s2"/>
          </w:rPr>
          <w:t xml:space="preserve"> amendment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19457A26" w14:textId="77777777" w:rsidR="006F05BB" w:rsidRDefault="006F05BB">
      <w:pPr>
        <w:pStyle w:val="p1"/>
      </w:pPr>
      <w:bdo w:val="ltr">
        <w:r>
          <w:rPr>
            <w:rStyle w:val="s2"/>
          </w:rPr>
          <w:t xml:space="preserve"> does seek to answer a few of those questions. Thank you, Mr.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196BCC6A" w14:textId="77777777" w:rsidR="006F05BB" w:rsidRDefault="006F05BB">
      <w:pPr>
        <w:pStyle w:val="p1"/>
      </w:pPr>
      <w:bdo w:val="ltr">
        <w:r>
          <w:rPr>
            <w:rStyle w:val="s2"/>
          </w:rPr>
          <w:t xml:space="preserve"> President.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578DB25B" w14:textId="77777777" w:rsidR="006F05BB" w:rsidRDefault="006F05BB">
      <w:pPr>
        <w:pStyle w:val="p1"/>
      </w:pPr>
      <w:bdo w:val="ltr">
        <w:r>
          <w:rPr>
            <w:rStyle w:val="s1"/>
          </w:rPr>
          <w:t xml:space="preserve"> ARCH:</w:t>
        </w:r>
        <w:r>
          <w:rPr>
            <w:rStyle w:val="s1"/>
            <w:rFonts w:ascii="Apple Symbols" w:hAnsi="Apple Symbols" w:cs="Apple Symbols"/>
          </w:rPr>
          <w:t>‬</w:t>
        </w:r>
        <w:bdo w:val="ltr">
          <w:r>
            <w:rPr>
              <w:rStyle w:val="s2"/>
            </w:rPr>
            <w:t xml:space="preserve"> Senator </w:t>
          </w:r>
          <w:proofErr w:type="spellStart"/>
          <w:r>
            <w:rPr>
              <w:rStyle w:val="s2"/>
            </w:rPr>
            <w:t>Fredrickson</w:t>
          </w:r>
          <w:proofErr w:type="spellEnd"/>
          <w:r>
            <w:rPr>
              <w:rStyle w:val="s2"/>
            </w:rPr>
            <w:t>, you're recognized to speak.</w:t>
          </w:r>
          <w:r>
            <w:rPr>
              <w:rStyle w:val="s2"/>
              <w:rFonts w:ascii="Apple Symbols" w:hAnsi="Apple Symbols" w:cs="Apple Symbols"/>
            </w:rPr>
            <w:t>‬</w:t>
          </w:r>
        </w:bdo>
      </w:bdo>
    </w:p>
    <w:p w14:paraId="72004192" w14:textId="77777777" w:rsidR="006F05BB" w:rsidRDefault="006F05BB">
      <w:pPr>
        <w:pStyle w:val="p2"/>
      </w:pPr>
      <w:bdo w:val="ltr">
        <w:r>
          <w:rPr>
            <w:rStyle w:val="s3"/>
          </w:rPr>
          <w:t xml:space="preserve"> 21</w:t>
        </w:r>
        <w:r>
          <w:rPr>
            <w:rStyle w:val="s3"/>
          </w:rPr>
          <w:t>‬</w:t>
        </w:r>
        <w:bdo w:val="ltr">
          <w:r>
            <w:rPr>
              <w:rStyle w:val="s3"/>
            </w:rPr>
            <w:t xml:space="preserve"> of</w:t>
          </w:r>
          <w:r>
            <w:rPr>
              <w:rStyle w:val="s3"/>
            </w:rPr>
            <w:t>‬</w:t>
          </w:r>
          <w:bdo w:val="ltr">
            <w:r>
              <w:rPr>
                <w:rStyle w:val="s3"/>
              </w:rPr>
              <w:t xml:space="preserve"> 49</w:t>
            </w:r>
            <w:r>
              <w:rPr>
                <w:rStyle w:val="s3"/>
              </w:rPr>
              <w:t>‬</w:t>
            </w:r>
            <w:bdo w:val="ltr">
              <w:r>
                <w:rPr>
                  <w:rStyle w:val="s3"/>
                </w:rPr>
                <w:t xml:space="preserve"> Transcript Prepared by Clerk of the Legislature Transcribers Office</w:t>
              </w:r>
              <w:r>
                <w:rPr>
                  <w:rStyle w:val="s3"/>
                </w:rPr>
                <w:t>‬</w:t>
              </w:r>
            </w:bdo>
          </w:bdo>
        </w:bdo>
      </w:bdo>
    </w:p>
    <w:p w14:paraId="0EE06931" w14:textId="77777777" w:rsidR="006F05BB" w:rsidRDefault="006F05BB">
      <w:pPr>
        <w:pStyle w:val="p2"/>
      </w:pPr>
      <w:bdo w:val="ltr">
        <w:r>
          <w:rPr>
            <w:rStyle w:val="s3"/>
          </w:rPr>
          <w:t xml:space="preserve"> Floor Debate January 23, 2024</w:t>
        </w:r>
        <w:r>
          <w:rPr>
            <w:rStyle w:val="s3"/>
          </w:rPr>
          <w:t>‬</w:t>
        </w:r>
      </w:bdo>
    </w:p>
    <w:p w14:paraId="52302689" w14:textId="77777777" w:rsidR="006F05BB" w:rsidRDefault="006F05BB">
      <w:pPr>
        <w:pStyle w:val="p1"/>
      </w:pPr>
      <w:bdo w:val="ltr">
        <w:r>
          <w:rPr>
            <w:rStyle w:val="s1"/>
          </w:rPr>
          <w:t xml:space="preserve"> </w:t>
        </w:r>
        <w:proofErr w:type="spellStart"/>
        <w:r>
          <w:rPr>
            <w:rStyle w:val="s1"/>
          </w:rPr>
          <w:t>FREDRICKSON</w:t>
        </w:r>
        <w:proofErr w:type="spellEnd"/>
        <w:r>
          <w:rPr>
            <w:rStyle w:val="s1"/>
          </w:rPr>
          <w:t>:</w:t>
        </w:r>
        <w:r>
          <w:rPr>
            <w:rStyle w:val="s1"/>
            <w:rFonts w:ascii="Apple Symbols" w:hAnsi="Apple Symbols" w:cs="Apple Symbols"/>
          </w:rPr>
          <w:t>‬</w:t>
        </w:r>
        <w:bdo w:val="ltr">
          <w:r>
            <w:rPr>
              <w:rStyle w:val="s2"/>
            </w:rPr>
            <w:t xml:space="preserve"> Thank you, Mr. President. Good morning, colleagues. Good</w:t>
          </w:r>
          <w:r>
            <w:rPr>
              <w:rStyle w:val="s2"/>
              <w:rFonts w:ascii="Apple Symbols" w:hAnsi="Apple Symbols" w:cs="Apple Symbols"/>
            </w:rPr>
            <w:t>‬</w:t>
          </w:r>
        </w:bdo>
      </w:bdo>
    </w:p>
    <w:p w14:paraId="1C433648" w14:textId="77777777" w:rsidR="006F05BB" w:rsidRDefault="006F05BB">
      <w:pPr>
        <w:pStyle w:val="p1"/>
      </w:pPr>
      <w:bdo w:val="ltr">
        <w:r>
          <w:rPr>
            <w:rStyle w:val="s2"/>
          </w:rPr>
          <w:t xml:space="preserve"> morning, Nebraskans. I, too, have been listening closely to the debate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598619D5" w14:textId="77777777" w:rsidR="006F05BB" w:rsidRDefault="006F05BB">
      <w:pPr>
        <w:pStyle w:val="p1"/>
      </w:pPr>
      <w:bdo w:val="ltr">
        <w:r>
          <w:rPr>
            <w:rStyle w:val="s2"/>
          </w:rPr>
          <w:t xml:space="preserve"> here today, and I'm really excited and interested in discussing this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0899EAA2" w14:textId="77777777" w:rsidR="006F05BB" w:rsidRDefault="006F05BB">
      <w:pPr>
        <w:pStyle w:val="p1"/>
      </w:pPr>
      <w:bdo w:val="ltr">
        <w:r>
          <w:rPr>
            <w:rStyle w:val="s2"/>
          </w:rPr>
          <w:t xml:space="preserve"> further. I appreciate Senator Sanders dedication to ensuring we have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13CAEBB2" w14:textId="77777777" w:rsidR="006F05BB" w:rsidRDefault="006F05BB">
      <w:pPr>
        <w:pStyle w:val="p1"/>
      </w:pPr>
      <w:bdo w:val="ltr">
        <w:r>
          <w:rPr>
            <w:rStyle w:val="s2"/>
          </w:rPr>
          <w:t xml:space="preserve"> clear legislative intent. I think that she did a really nice job in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6AC0D0E5" w14:textId="77777777" w:rsidR="006F05BB" w:rsidRDefault="006F05BB">
      <w:pPr>
        <w:pStyle w:val="p1"/>
      </w:pPr>
      <w:bdo w:val="ltr">
        <w:r>
          <w:rPr>
            <w:rStyle w:val="s2"/>
          </w:rPr>
          <w:t xml:space="preserve"> her opening describing why LB43, in particular, is important. And it's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021ADB1B" w14:textId="77777777" w:rsidR="006F05BB" w:rsidRDefault="006F05BB">
      <w:pPr>
        <w:pStyle w:val="p1"/>
      </w:pPr>
      <w:bdo w:val="ltr">
        <w:r>
          <w:rPr>
            <w:rStyle w:val="s2"/>
          </w:rPr>
          <w:t xml:space="preserve"> also, I think, important in ensuring that our 3 coequal branches of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5B543C3A" w14:textId="77777777" w:rsidR="006F05BB" w:rsidRDefault="006F05BB">
      <w:pPr>
        <w:pStyle w:val="p1"/>
      </w:pPr>
      <w:bdo w:val="ltr">
        <w:r>
          <w:rPr>
            <w:rStyle w:val="s2"/>
          </w:rPr>
          <w:t xml:space="preserve"> government remain, in fact, coequal, and that we do not defer or give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4997575C" w14:textId="77777777" w:rsidR="006F05BB" w:rsidRDefault="006F05BB">
      <w:pPr>
        <w:pStyle w:val="p1"/>
      </w:pPr>
      <w:bdo w:val="ltr">
        <w:r>
          <w:rPr>
            <w:rStyle w:val="s2"/>
          </w:rPr>
          <w:t xml:space="preserve"> power away from the legislative body and vice versa from the executive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4DFF508B" w14:textId="77777777" w:rsidR="006F05BB" w:rsidRDefault="006F05BB">
      <w:pPr>
        <w:pStyle w:val="p1"/>
      </w:pPr>
      <w:bdo w:val="ltr">
        <w:r>
          <w:rPr>
            <w:rStyle w:val="s2"/>
          </w:rPr>
          <w:t xml:space="preserve"> branch or from the judicial branch. So I appreciate Senator Sanders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56C1C275" w14:textId="77777777" w:rsidR="006F05BB" w:rsidRDefault="006F05BB">
      <w:pPr>
        <w:pStyle w:val="p1"/>
      </w:pPr>
      <w:bdo w:val="ltr">
        <w:r>
          <w:rPr>
            <w:rStyle w:val="s2"/>
          </w:rPr>
          <w:t xml:space="preserve"> for bringing this bill and to the Government Committee for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624DD3CD" w14:textId="77777777" w:rsidR="006F05BB" w:rsidRDefault="006F05BB">
      <w:pPr>
        <w:pStyle w:val="p1"/>
      </w:pPr>
      <w:bdo w:val="ltr">
        <w:r>
          <w:rPr>
            <w:rStyle w:val="s2"/>
          </w:rPr>
          <w:t xml:space="preserve"> prioritizing this bill and all the other folks who have introduced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5EC33C62" w14:textId="77777777" w:rsidR="006F05BB" w:rsidRDefault="006F05BB">
      <w:pPr>
        <w:pStyle w:val="p1"/>
      </w:pPr>
      <w:bdo w:val="ltr">
        <w:r>
          <w:rPr>
            <w:rStyle w:val="s2"/>
          </w:rPr>
          <w:t xml:space="preserve"> individual bills in here. There are a number of really good things in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02F05E70" w14:textId="77777777" w:rsidR="006F05BB" w:rsidRDefault="006F05BB">
      <w:pPr>
        <w:pStyle w:val="p1"/>
      </w:pPr>
      <w:bdo w:val="ltr">
        <w:r>
          <w:rPr>
            <w:rStyle w:val="s2"/>
          </w:rPr>
          <w:t xml:space="preserve"> this package. One of the main components of the bill, like some of my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5A639234" w14:textId="77777777" w:rsidR="006F05BB" w:rsidRDefault="006F05BB">
      <w:pPr>
        <w:pStyle w:val="p1"/>
      </w:pPr>
      <w:bdo w:val="ltr">
        <w:r>
          <w:rPr>
            <w:rStyle w:val="s2"/>
          </w:rPr>
          <w:t xml:space="preserve"> colleagues have already been discussing, is LB277, which was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38ECB27B" w14:textId="77777777" w:rsidR="006F05BB" w:rsidRDefault="006F05BB">
      <w:pPr>
        <w:pStyle w:val="p1"/>
      </w:pPr>
      <w:bdo w:val="ltr">
        <w:r>
          <w:rPr>
            <w:rStyle w:val="s2"/>
          </w:rPr>
          <w:t xml:space="preserve"> originally introduced by Senator Brewer. And this includes really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6B87DE24" w14:textId="77777777" w:rsidR="006F05BB" w:rsidRDefault="006F05BB">
      <w:pPr>
        <w:pStyle w:val="p1"/>
      </w:pPr>
      <w:bdo w:val="ltr">
        <w:r>
          <w:rPr>
            <w:rStyle w:val="s2"/>
          </w:rPr>
          <w:t xml:space="preserve"> important protections for Native American students in our schools. And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5661F387" w14:textId="77777777" w:rsidR="006F05BB" w:rsidRDefault="006F05BB">
      <w:pPr>
        <w:pStyle w:val="p1"/>
      </w:pPr>
      <w:bdo w:val="ltr">
        <w:r>
          <w:rPr>
            <w:rStyle w:val="s2"/>
          </w:rPr>
          <w:t xml:space="preserve"> let's be absolutely 100% clear about this, these protections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06C863D4" w14:textId="77777777" w:rsidR="006F05BB" w:rsidRDefault="006F05BB">
      <w:pPr>
        <w:pStyle w:val="p1"/>
      </w:pPr>
      <w:bdo w:val="ltr">
        <w:r>
          <w:rPr>
            <w:rStyle w:val="s2"/>
          </w:rPr>
          <w:t xml:space="preserve"> absolutely need to be put into law. Native Americans have faced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50AA7110" w14:textId="77777777" w:rsidR="006F05BB" w:rsidRDefault="006F05BB">
      <w:pPr>
        <w:pStyle w:val="p1"/>
      </w:pPr>
      <w:bdo w:val="ltr">
        <w:r>
          <w:rPr>
            <w:rStyle w:val="s2"/>
          </w:rPr>
          <w:t xml:space="preserve"> enormous historical discrimination to practice their religious customs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35C063BB" w14:textId="77777777" w:rsidR="006F05BB" w:rsidRDefault="006F05BB">
      <w:pPr>
        <w:pStyle w:val="p1"/>
      </w:pPr>
      <w:bdo w:val="ltr">
        <w:r>
          <w:rPr>
            <w:rStyle w:val="s2"/>
          </w:rPr>
          <w:t xml:space="preserve"> from placement in boarding schools, to forced attire, to forced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30BECC82" w14:textId="77777777" w:rsidR="006F05BB" w:rsidRDefault="006F05BB">
      <w:pPr>
        <w:pStyle w:val="p1"/>
      </w:pPr>
      <w:bdo w:val="ltr">
        <w:r>
          <w:rPr>
            <w:rStyle w:val="s2"/>
          </w:rPr>
          <w:t xml:space="preserve"> cutting of hair, and many other atrocities. The history of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22B86D52" w14:textId="77777777" w:rsidR="006F05BB" w:rsidRDefault="006F05BB">
      <w:pPr>
        <w:pStyle w:val="p1"/>
      </w:pPr>
      <w:bdo w:val="ltr">
        <w:r>
          <w:rPr>
            <w:rStyle w:val="s2"/>
          </w:rPr>
          <w:t xml:space="preserve"> discrimination against Native people is long and very, very, very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1846B151" w14:textId="77777777" w:rsidR="006F05BB" w:rsidRDefault="006F05BB">
      <w:pPr>
        <w:pStyle w:val="p1"/>
      </w:pPr>
      <w:bdo w:val="ltr">
        <w:r>
          <w:rPr>
            <w:rStyle w:val="s2"/>
          </w:rPr>
          <w:t xml:space="preserve"> cruel. One of the things that gives me a bit of pause as I consider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6B0D31B0" w14:textId="77777777" w:rsidR="006F05BB" w:rsidRDefault="006F05BB">
      <w:pPr>
        <w:pStyle w:val="p1"/>
      </w:pPr>
      <w:bdo w:val="ltr">
        <w:r>
          <w:rPr>
            <w:rStyle w:val="s2"/>
          </w:rPr>
          <w:t xml:space="preserve"> the committee amendment AM2076 and specifically LB277's component is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74380ECA" w14:textId="77777777" w:rsidR="006F05BB" w:rsidRDefault="006F05BB">
      <w:pPr>
        <w:pStyle w:val="p1"/>
      </w:pPr>
      <w:bdo w:val="ltr">
        <w:r>
          <w:rPr>
            <w:rStyle w:val="s2"/>
          </w:rPr>
          <w:t xml:space="preserve"> what has recently been happening surrounding the LGBTQ community and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259C6421" w14:textId="77777777" w:rsidR="006F05BB" w:rsidRDefault="006F05BB">
      <w:pPr>
        <w:pStyle w:val="p1"/>
      </w:pPr>
      <w:bdo w:val="ltr">
        <w:r>
          <w:rPr>
            <w:rStyle w:val="s2"/>
          </w:rPr>
          <w:t xml:space="preserve"> how religious freedom has been used and weaponized in ways that are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7BBA0C7E" w14:textId="77777777" w:rsidR="006F05BB" w:rsidRDefault="006F05BB">
      <w:pPr>
        <w:pStyle w:val="p1"/>
      </w:pPr>
      <w:bdo w:val="ltr">
        <w:r>
          <w:rPr>
            <w:rStyle w:val="s2"/>
          </w:rPr>
          <w:t xml:space="preserve"> far beyond an expression of simple religious faith. Section 3 of this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2B7E3B0E" w14:textId="77777777" w:rsidR="006F05BB" w:rsidRDefault="006F05BB">
      <w:pPr>
        <w:pStyle w:val="p1"/>
      </w:pPr>
      <w:bdo w:val="ltr">
        <w:r>
          <w:rPr>
            <w:rStyle w:val="s2"/>
          </w:rPr>
          <w:t xml:space="preserve"> bill is very broadly written, sometimes with good intent. There may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24AC568A" w14:textId="77777777" w:rsidR="006F05BB" w:rsidRDefault="006F05BB">
      <w:pPr>
        <w:pStyle w:val="p1"/>
      </w:pPr>
      <w:bdo w:val="ltr">
        <w:r>
          <w:rPr>
            <w:rStyle w:val="s2"/>
          </w:rPr>
          <w:t xml:space="preserve"> still be unintended consequences. And for some people, some of these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0280A66E" w14:textId="77777777" w:rsidR="006F05BB" w:rsidRDefault="006F05BB">
      <w:pPr>
        <w:pStyle w:val="p1"/>
      </w:pPr>
      <w:bdo w:val="ltr">
        <w:r>
          <w:rPr>
            <w:rStyle w:val="s2"/>
          </w:rPr>
          <w:t xml:space="preserve"> consequences as it relates to the community-- to my community may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1C7D8994" w14:textId="77777777" w:rsidR="006F05BB" w:rsidRDefault="006F05BB">
      <w:pPr>
        <w:pStyle w:val="p1"/>
      </w:pPr>
      <w:bdo w:val="ltr">
        <w:r>
          <w:rPr>
            <w:rStyle w:val="s2"/>
          </w:rPr>
          <w:t xml:space="preserve"> sadly be intended. Some people might look at this part as a license to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1713AE6A" w14:textId="77777777" w:rsidR="006F05BB" w:rsidRDefault="006F05BB">
      <w:pPr>
        <w:pStyle w:val="p1"/>
      </w:pPr>
      <w:bdo w:val="ltr">
        <w:r>
          <w:rPr>
            <w:rStyle w:val="s2"/>
          </w:rPr>
          <w:t xml:space="preserve"> weaponize religious freedom. So we have seen court cases play out in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6916D319" w14:textId="77777777" w:rsidR="006F05BB" w:rsidRDefault="006F05BB">
      <w:pPr>
        <w:pStyle w:val="p1"/>
      </w:pPr>
      <w:bdo w:val="ltr">
        <w:r>
          <w:rPr>
            <w:rStyle w:val="s2"/>
          </w:rPr>
          <w:t xml:space="preserve"> this very subject matter. And I think it's incumbent upon us, and I'm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2BAD67EF" w14:textId="77777777" w:rsidR="006F05BB" w:rsidRDefault="006F05BB">
      <w:pPr>
        <w:pStyle w:val="p1"/>
      </w:pPr>
      <w:bdo w:val="ltr">
        <w:r>
          <w:rPr>
            <w:rStyle w:val="s2"/>
          </w:rPr>
          <w:t xml:space="preserve"> listening to all the discussion to make sure that we are intentional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36790D59" w14:textId="77777777" w:rsidR="006F05BB" w:rsidRDefault="006F05BB">
      <w:pPr>
        <w:pStyle w:val="p1"/>
      </w:pPr>
      <w:bdo w:val="ltr">
        <w:r>
          <w:rPr>
            <w:rStyle w:val="s2"/>
          </w:rPr>
          <w:t xml:space="preserve"> about the effects of this. That's why I support Senator John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5D01DAC9" w14:textId="77777777" w:rsidR="006F05BB" w:rsidRDefault="006F05BB">
      <w:pPr>
        <w:pStyle w:val="p1"/>
      </w:pPr>
      <w:bdo w:val="ltr">
        <w:r>
          <w:rPr>
            <w:rStyle w:val="s2"/>
          </w:rPr>
          <w:t xml:space="preserve"> </w:t>
        </w:r>
        <w:proofErr w:type="spellStart"/>
        <w:r>
          <w:rPr>
            <w:rStyle w:val="s2"/>
          </w:rPr>
          <w:t>Cavanaugh's</w:t>
        </w:r>
        <w:proofErr w:type="spellEnd"/>
        <w:r>
          <w:rPr>
            <w:rStyle w:val="s2"/>
          </w:rPr>
          <w:t xml:space="preserve"> amendment, AM281 [SIC--AM2081], because I think it brings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2B33277D" w14:textId="77777777" w:rsidR="006F05BB" w:rsidRDefault="006F05BB">
      <w:pPr>
        <w:pStyle w:val="p1"/>
      </w:pPr>
      <w:bdo w:val="ltr">
        <w:r>
          <w:rPr>
            <w:rStyle w:val="s2"/>
          </w:rPr>
          <w:t xml:space="preserve"> added clarity to this very strong package of bills. Like I said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647EB169" w14:textId="77777777" w:rsidR="006F05BB" w:rsidRDefault="006F05BB">
      <w:pPr>
        <w:pStyle w:val="p1"/>
      </w:pPr>
      <w:bdo w:val="ltr">
        <w:r>
          <w:rPr>
            <w:rStyle w:val="s2"/>
          </w:rPr>
          <w:t xml:space="preserve"> earlier, LB277 has very strong protections, particularly for our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6B690287" w14:textId="77777777" w:rsidR="006F05BB" w:rsidRDefault="006F05BB">
      <w:pPr>
        <w:pStyle w:val="p1"/>
      </w:pPr>
      <w:bdo w:val="ltr">
        <w:r>
          <w:rPr>
            <w:rStyle w:val="s2"/>
          </w:rPr>
          <w:t xml:space="preserve"> Native and Indigenous communities that do need to be supported and do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3692D8C6" w14:textId="77777777" w:rsidR="006F05BB" w:rsidRDefault="006F05BB">
      <w:pPr>
        <w:pStyle w:val="p1"/>
      </w:pPr>
      <w:bdo w:val="ltr">
        <w:r>
          <w:rPr>
            <w:rStyle w:val="s2"/>
          </w:rPr>
          <w:t xml:space="preserve"> need to be put into law. I think AM2081 helps assuage some of my other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3A92F4C7" w14:textId="77777777" w:rsidR="006F05BB" w:rsidRDefault="006F05BB">
      <w:pPr>
        <w:pStyle w:val="p1"/>
      </w:pPr>
      <w:bdo w:val="ltr">
        <w:r>
          <w:rPr>
            <w:rStyle w:val="s2"/>
          </w:rPr>
          <w:t xml:space="preserve"> concerns regarding the underlying bill. Thank you, Mr. President.</w:t>
        </w:r>
        <w:r>
          <w:rPr>
            <w:rStyle w:val="s2"/>
            <w:rFonts w:ascii="Apple Symbols" w:hAnsi="Apple Symbols" w:cs="Apple Symbols"/>
          </w:rPr>
          <w:t>‬</w:t>
        </w:r>
      </w:bdo>
    </w:p>
    <w:p w14:paraId="360DCCB9" w14:textId="77777777" w:rsidR="006F05BB" w:rsidRDefault="006F05BB"/>
    <w:sectPr w:rsidR="006F05BB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NewPS-BoldMT">
    <w:altName w:val="Courier New"/>
    <w:panose1 w:val="020B0604020202020204"/>
    <w:charset w:val="00"/>
    <w:family w:val="roman"/>
    <w:pitch w:val="default"/>
  </w:font>
  <w:font w:name="Apple Symbols">
    <w:panose1 w:val="02000000000000000000"/>
    <w:charset w:val="B1"/>
    <w:family w:val="auto"/>
    <w:pitch w:val="variable"/>
    <w:sig w:usb0="800008A3" w:usb1="08007BEB" w:usb2="01840034" w:usb3="00000000" w:csb0="000001FB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384282721">
    <w:abstractNumId w:val="8"/>
  </w:num>
  <w:num w:numId="2" w16cid:durableId="1512380057">
    <w:abstractNumId w:val="6"/>
  </w:num>
  <w:num w:numId="3" w16cid:durableId="1635795679">
    <w:abstractNumId w:val="5"/>
  </w:num>
  <w:num w:numId="4" w16cid:durableId="2025281279">
    <w:abstractNumId w:val="4"/>
  </w:num>
  <w:num w:numId="5" w16cid:durableId="178549925">
    <w:abstractNumId w:val="7"/>
  </w:num>
  <w:num w:numId="6" w16cid:durableId="931354184">
    <w:abstractNumId w:val="3"/>
  </w:num>
  <w:num w:numId="7" w16cid:durableId="1558004347">
    <w:abstractNumId w:val="2"/>
  </w:num>
  <w:num w:numId="8" w16cid:durableId="496464797">
    <w:abstractNumId w:val="1"/>
  </w:num>
  <w:num w:numId="9" w16cid:durableId="15902313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60"/>
  <w:proofState w:spelling="clean"/>
  <w:revisionView w:inkAnnotations="0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3665B"/>
    <w:rsid w:val="0015074B"/>
    <w:rsid w:val="001B0E4F"/>
    <w:rsid w:val="0029639D"/>
    <w:rsid w:val="00326F90"/>
    <w:rsid w:val="0050159A"/>
    <w:rsid w:val="006F05BB"/>
    <w:rsid w:val="007471AF"/>
    <w:rsid w:val="0088226E"/>
    <w:rsid w:val="008F0824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7E4F31F"/>
  <w14:defaultImageDpi w14:val="300"/>
  <w15:docId w15:val="{08F1729F-86BB-DA46-B36C-C8626975A2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customStyle="1" w:styleId="p1">
    <w:name w:val="p1"/>
    <w:basedOn w:val="Normal"/>
    <w:rsid w:val="006F05BB"/>
    <w:pPr>
      <w:spacing w:after="0" w:line="240" w:lineRule="auto"/>
    </w:pPr>
    <w:rPr>
      <w:rFonts w:ascii="Courier New" w:hAnsi="Courier New" w:cs="Courier New"/>
      <w:color w:val="000000"/>
      <w:sz w:val="17"/>
      <w:szCs w:val="17"/>
    </w:rPr>
  </w:style>
  <w:style w:type="paragraph" w:customStyle="1" w:styleId="p2">
    <w:name w:val="p2"/>
    <w:basedOn w:val="Normal"/>
    <w:rsid w:val="006F05BB"/>
    <w:pPr>
      <w:spacing w:after="0" w:line="240" w:lineRule="auto"/>
    </w:pPr>
    <w:rPr>
      <w:rFonts w:ascii="Arial" w:hAnsi="Arial" w:cs="Arial"/>
      <w:color w:val="000000"/>
      <w:sz w:val="17"/>
      <w:szCs w:val="17"/>
    </w:rPr>
  </w:style>
  <w:style w:type="character" w:customStyle="1" w:styleId="s1">
    <w:name w:val="s1"/>
    <w:basedOn w:val="DefaultParagraphFont"/>
    <w:rsid w:val="006F05BB"/>
    <w:rPr>
      <w:rFonts w:ascii="CourierNewPS-BoldMT" w:hAnsi="CourierNewPS-BoldMT" w:hint="default"/>
      <w:b/>
      <w:bCs/>
      <w:i w:val="0"/>
      <w:iCs w:val="0"/>
      <w:sz w:val="16"/>
      <w:szCs w:val="16"/>
    </w:rPr>
  </w:style>
  <w:style w:type="character" w:customStyle="1" w:styleId="s2">
    <w:name w:val="s2"/>
    <w:basedOn w:val="DefaultParagraphFont"/>
    <w:rsid w:val="006F05BB"/>
    <w:rPr>
      <w:rFonts w:ascii="Courier New" w:hAnsi="Courier New" w:cs="Courier New" w:hint="default"/>
      <w:b w:val="0"/>
      <w:bCs w:val="0"/>
      <w:i w:val="0"/>
      <w:iCs w:val="0"/>
      <w:sz w:val="16"/>
      <w:szCs w:val="16"/>
    </w:rPr>
  </w:style>
  <w:style w:type="character" w:customStyle="1" w:styleId="s3">
    <w:name w:val="s3"/>
    <w:basedOn w:val="DefaultParagraphFont"/>
    <w:rsid w:val="006F05BB"/>
    <w:rPr>
      <w:rFonts w:ascii="Arial" w:hAnsi="Arial" w:cs="Arial" w:hint="default"/>
      <w:b w:val="0"/>
      <w:bCs w:val="0"/>
      <w:i w:val="0"/>
      <w:iCs w:val="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3384</Words>
  <Characters>19289</Characters>
  <Application>Microsoft Office Word</Application>
  <DocSecurity>0</DocSecurity>
  <Lines>160</Lines>
  <Paragraphs>45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22628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jason karimi</cp:lastModifiedBy>
  <cp:revision>2</cp:revision>
  <dcterms:created xsi:type="dcterms:W3CDTF">2025-12-30T06:52:00Z</dcterms:created>
  <dcterms:modified xsi:type="dcterms:W3CDTF">2025-12-30T06:52:00Z</dcterms:modified>
  <cp:category/>
</cp:coreProperties>
</file>