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PART 1 — Your Evidence Assembly Checklist</w:t>
      </w:r>
    </w:p>
    <w:p/>
    <w:p>
      <w:r>
        <w:t>A. Court Record</w:t>
      </w:r>
    </w:p>
    <w:p>
      <w:r>
        <w:t>- Certified transcript of the TPO hearing</w:t>
      </w:r>
    </w:p>
    <w:p>
      <w:r>
        <w:t>- Court audio (if available)</w:t>
      </w:r>
    </w:p>
    <w:p>
      <w:r>
        <w:t>- Any written orders / filings</w:t>
      </w:r>
    </w:p>
    <w:p>
      <w:r>
        <w:t>- Case docket</w:t>
      </w:r>
    </w:p>
    <w:p/>
    <w:p>
      <w:r>
        <w:t>B. Police Records</w:t>
      </w:r>
    </w:p>
    <w:p>
      <w:r>
        <w:t>- All incident reports</w:t>
      </w:r>
    </w:p>
    <w:p>
      <w:r>
        <w:t>- All call-for-service logs</w:t>
      </w:r>
    </w:p>
    <w:p>
      <w:r>
        <w:t>- 911 audio</w:t>
      </w:r>
    </w:p>
    <w:p>
      <w:r>
        <w:t>- CAD logs</w:t>
      </w:r>
    </w:p>
    <w:p>
      <w:r>
        <w:t>- Bodycam footage reminder logs</w:t>
      </w:r>
    </w:p>
    <w:p>
      <w:r>
        <w:t>- Officer notes</w:t>
      </w:r>
    </w:p>
    <w:p/>
    <w:p>
      <w:r>
        <w:t>C. Medical Records</w:t>
      </w:r>
    </w:p>
    <w:p>
      <w:r>
        <w:t>- ER / urgent care visit records</w:t>
      </w:r>
    </w:p>
    <w:p>
      <w:r>
        <w:t>- EMS run sheet</w:t>
      </w:r>
    </w:p>
    <w:p>
      <w:r>
        <w:t>- Asthma treatment notes</w:t>
      </w:r>
    </w:p>
    <w:p>
      <w:r>
        <w:t>- Prescription records</w:t>
      </w:r>
    </w:p>
    <w:p>
      <w:r>
        <w:t>- Billing statements</w:t>
      </w:r>
    </w:p>
    <w:p/>
    <w:p>
      <w:r>
        <w:t>D. Witness Proof</w:t>
      </w:r>
    </w:p>
    <w:p>
      <w:r>
        <w:t>- Your statement</w:t>
      </w:r>
    </w:p>
    <w:p>
      <w:r>
        <w:t>- Fiancée’s statement</w:t>
      </w:r>
    </w:p>
    <w:p>
      <w:r>
        <w:t>- Any third-party witnesses</w:t>
      </w:r>
    </w:p>
    <w:p>
      <w:r>
        <w:t>- Texts / videos / messages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