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Subject: Evidence Preservation Notice – Pending Federal Civil Rights Claim</w:t>
      </w:r>
    </w:p>
    <w:p/>
    <w:p>
      <w:r>
        <w:t>To Whom It May Concern,</w:t>
      </w:r>
    </w:p>
    <w:p/>
    <w:p>
      <w:r>
        <w:t>Please be advised that I am formally placing the City of Sioux Falls and the Sioux Falls Police Department on notice of a pending federal civil-rights claim arising from an admitted physical assault and subsequent non-enforcement by responding officers.</w:t>
      </w:r>
    </w:p>
    <w:p/>
    <w:p>
      <w:r>
        <w:t>This letter serves as a formal demand that all evidence be preserved, including but not limited to:</w:t>
      </w:r>
    </w:p>
    <w:p/>
    <w:p>
      <w:r>
        <w:t>• 911 call audio</w:t>
      </w:r>
    </w:p>
    <w:p>
      <w:r>
        <w:t>• CAD / dispatch logs</w:t>
      </w:r>
    </w:p>
    <w:p>
      <w:r>
        <w:t>• Officer reports and notes</w:t>
      </w:r>
    </w:p>
    <w:p>
      <w:r>
        <w:t>• Body-worn camera footage</w:t>
      </w:r>
    </w:p>
    <w:p>
      <w:r>
        <w:t>• Surveillance footage</w:t>
      </w:r>
    </w:p>
    <w:p>
      <w:r>
        <w:t>• Internal communications</w:t>
      </w:r>
    </w:p>
    <w:p>
      <w:r>
        <w:t>• Records related to officer training and non-enforcement policies</w:t>
      </w:r>
    </w:p>
    <w:p>
      <w:r>
        <w:t>• Any recordings or documents related to the underlying incident and TPO hearing</w:t>
      </w:r>
    </w:p>
    <w:p/>
    <w:p>
      <w:r>
        <w:t>This evidence must be preserved pursuant to litigation hold obligations. Destruction, alteration, or loss of this material may constitute spoliation of evidence.</w:t>
      </w:r>
    </w:p>
    <w:p/>
    <w:p>
      <w:r>
        <w:t>Please confirm receipt and preservation.</w:t>
      </w:r>
    </w:p>
    <w:p/>
    <w:p>
      <w:r>
        <w:t>Sincerely,</w:t>
      </w:r>
    </w:p>
    <w:p>
      <w:r>
        <w:t>Jason Karimi</w:t>
      </w:r>
    </w:p>
    <w:p>
      <w:r>
        <w:t>Sioux Falls, SD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